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76F9" w14:textId="77777777" w:rsidR="00C543C5" w:rsidRDefault="007136B4">
      <w:pPr>
        <w:pStyle w:val="Title"/>
      </w:pPr>
      <w:r>
        <w:t xml:space="preserve">Contract de </w:t>
      </w:r>
      <w:proofErr w:type="spellStart"/>
      <w:r>
        <w:t>sponsorizare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  <w:gridCol w:w="89"/>
      </w:tblGrid>
      <w:tr w:rsidR="00C543C5" w14:paraId="4AD12B6E" w14:textId="77777777">
        <w:trPr>
          <w:gridAfter w:val="1"/>
          <w:wAfter w:w="89" w:type="dxa"/>
          <w:cantSplit/>
          <w:jc w:val="center"/>
        </w:trPr>
        <w:tc>
          <w:tcPr>
            <w:tcW w:w="5018" w:type="dxa"/>
            <w:shd w:val="clear" w:color="auto" w:fill="FFD200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CD2F9FC" w14:textId="77777777" w:rsidR="00C543C5" w:rsidRDefault="007136B4">
            <w:pPr>
              <w:keepLines/>
              <w:spacing w:after="0"/>
            </w:pPr>
            <w:r>
              <w:rPr>
                <w:b/>
                <w:sz w:val="16"/>
              </w:rPr>
              <w:t>FORMULARUL 177</w:t>
            </w:r>
          </w:p>
        </w:tc>
        <w:tc>
          <w:tcPr>
            <w:tcW w:w="5018" w:type="dxa"/>
            <w:shd w:val="clear" w:color="auto" w:fill="FFF7D4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CD15FD" w14:textId="77777777" w:rsidR="00C543C5" w:rsidRDefault="007136B4">
            <w:pPr>
              <w:keepLines/>
              <w:spacing w:after="0"/>
            </w:pPr>
            <w:proofErr w:type="spellStart"/>
            <w:r>
              <w:rPr>
                <w:sz w:val="16"/>
              </w:rPr>
              <w:t>Redirecționare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impozit</w:t>
            </w:r>
            <w:proofErr w:type="spellEnd"/>
            <w:r>
              <w:rPr>
                <w:sz w:val="16"/>
              </w:rPr>
              <w:t xml:space="preserve"> pe profit · </w:t>
            </w:r>
            <w:proofErr w:type="spellStart"/>
            <w:r>
              <w:rPr>
                <w:sz w:val="16"/>
              </w:rPr>
              <w:t>anul</w:t>
            </w:r>
            <w:proofErr w:type="spellEnd"/>
            <w:r>
              <w:rPr>
                <w:sz w:val="16"/>
              </w:rPr>
              <w:t xml:space="preserve"> fiscal 2026</w:t>
            </w:r>
          </w:p>
        </w:tc>
      </w:tr>
      <w:tr w:rsidR="00C543C5" w14:paraId="481D4B54" w14:textId="77777777">
        <w:trPr>
          <w:jc w:val="center"/>
        </w:trPr>
        <w:tc>
          <w:tcPr>
            <w:tcW w:w="5018" w:type="dxa"/>
            <w:tcMar>
              <w:top w:w="80" w:type="dxa"/>
              <w:left w:w="0" w:type="dxa"/>
              <w:bottom w:w="55" w:type="dxa"/>
              <w:right w:w="80" w:type="dxa"/>
            </w:tcMar>
          </w:tcPr>
          <w:p w14:paraId="557BEE5B" w14:textId="77777777" w:rsidR="00C543C5" w:rsidRDefault="007136B4">
            <w:pPr>
              <w:pStyle w:val="FieldLabel"/>
            </w:pPr>
            <w:r>
              <w:t>NUMĂR CONTRACT</w:t>
            </w:r>
          </w:p>
          <w:p w14:paraId="0E73F945" w14:textId="77777777" w:rsidR="00C543C5" w:rsidRDefault="007136B4">
            <w:pPr>
              <w:spacing w:after="0"/>
            </w:pPr>
            <w:r>
              <w:rPr>
                <w:color w:val="9A9183"/>
              </w:rPr>
              <w:t>________________________</w:t>
            </w:r>
          </w:p>
        </w:tc>
        <w:tc>
          <w:tcPr>
            <w:tcW w:w="5018" w:type="dxa"/>
            <w:gridSpan w:val="2"/>
            <w:tcMar>
              <w:top w:w="80" w:type="dxa"/>
              <w:left w:w="0" w:type="dxa"/>
              <w:bottom w:w="55" w:type="dxa"/>
              <w:right w:w="0" w:type="dxa"/>
            </w:tcMar>
          </w:tcPr>
          <w:p w14:paraId="122E883D" w14:textId="77777777" w:rsidR="00C543C5" w:rsidRDefault="007136B4">
            <w:pPr>
              <w:pStyle w:val="FieldLabel"/>
            </w:pPr>
            <w:r>
              <w:t>DATA ÎNCHEIERII</w:t>
            </w:r>
          </w:p>
          <w:p w14:paraId="1E2D3A2B" w14:textId="77777777" w:rsidR="00C543C5" w:rsidRDefault="007136B4">
            <w:pPr>
              <w:spacing w:after="0"/>
            </w:pPr>
            <w:r>
              <w:rPr>
                <w:color w:val="9A9183"/>
              </w:rPr>
              <w:t>____ / ___</w:t>
            </w:r>
            <w:proofErr w:type="gramStart"/>
            <w:r>
              <w:rPr>
                <w:color w:val="9A9183"/>
              </w:rPr>
              <w:t>_ / _</w:t>
            </w:r>
            <w:proofErr w:type="gramEnd"/>
            <w:r>
              <w:rPr>
                <w:color w:val="9A9183"/>
              </w:rPr>
              <w:t>_____</w:t>
            </w:r>
          </w:p>
        </w:tc>
      </w:tr>
    </w:tbl>
    <w:p w14:paraId="26DFA8D6" w14:textId="77777777" w:rsidR="00C543C5" w:rsidRDefault="00C543C5">
      <w:pPr>
        <w:spacing w:after="0"/>
      </w:pPr>
    </w:p>
    <w:p w14:paraId="3CBCA3A1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01  Părțile</w:t>
      </w:r>
      <w:proofErr w:type="gramEnd"/>
      <w:r>
        <w:t xml:space="preserve"> contractante</w:t>
      </w:r>
    </w:p>
    <w:p w14:paraId="2BDE372C" w14:textId="77777777" w:rsidR="00C543C5" w:rsidRDefault="007136B4">
      <w:pPr>
        <w:spacing w:after="80"/>
      </w:pPr>
      <w:r>
        <w:rPr>
          <w:b/>
          <w:sz w:val="19"/>
        </w:rPr>
        <w:t>SPONSORUL</w:t>
      </w:r>
      <w:r>
        <w:t xml:space="preserve">, </w:t>
      </w:r>
      <w:proofErr w:type="spellStart"/>
      <w:r>
        <w:t>denumit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continuare</w:t>
      </w:r>
      <w:proofErr w:type="spellEnd"/>
      <w:r>
        <w:t xml:space="preserve"> „</w:t>
      </w:r>
      <w:proofErr w:type="spellStart"/>
      <w:r>
        <w:t>Sponsorul</w:t>
      </w:r>
      <w:proofErr w:type="spellEnd"/>
      <w:r>
        <w:t>”: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6"/>
        <w:gridCol w:w="7058"/>
      </w:tblGrid>
      <w:tr w:rsidR="00C543C5" w14:paraId="618A420E" w14:textId="77777777">
        <w:trPr>
          <w:cantSplit/>
          <w:jc w:val="center"/>
        </w:trPr>
        <w:tc>
          <w:tcPr>
            <w:tcW w:w="2976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06F76B1B" w14:textId="77777777" w:rsidR="00C543C5" w:rsidRDefault="007136B4">
            <w:pPr>
              <w:pStyle w:val="FieldLabel"/>
            </w:pPr>
            <w:r>
              <w:t>DENUMIRE / FORMĂ JURIDICĂ</w:t>
            </w:r>
          </w:p>
        </w:tc>
        <w:tc>
          <w:tcPr>
            <w:tcW w:w="7058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5CD48F4C" w14:textId="77777777" w:rsidR="00C543C5" w:rsidRDefault="007136B4">
            <w:pPr>
              <w:spacing w:after="0"/>
            </w:pPr>
            <w:r>
              <w:rPr>
                <w:color w:val="9A9183"/>
              </w:rPr>
              <w:t>____________________________________________________________</w:t>
            </w:r>
          </w:p>
        </w:tc>
      </w:tr>
      <w:tr w:rsidR="00C543C5" w14:paraId="0D90A580" w14:textId="77777777">
        <w:trPr>
          <w:cantSplit/>
          <w:jc w:val="center"/>
        </w:trPr>
        <w:tc>
          <w:tcPr>
            <w:tcW w:w="2976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1014FF10" w14:textId="77777777" w:rsidR="00C543C5" w:rsidRDefault="007136B4">
            <w:pPr>
              <w:pStyle w:val="FieldLabel"/>
            </w:pPr>
            <w:r>
              <w:t>SEDIU SOCIAL</w:t>
            </w:r>
          </w:p>
        </w:tc>
        <w:tc>
          <w:tcPr>
            <w:tcW w:w="7058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1089B27A" w14:textId="77777777" w:rsidR="00C543C5" w:rsidRDefault="007136B4">
            <w:pPr>
              <w:spacing w:after="0"/>
            </w:pPr>
            <w:r>
              <w:rPr>
                <w:color w:val="9A9183"/>
              </w:rPr>
              <w:t>____________________________________________________________</w:t>
            </w:r>
          </w:p>
        </w:tc>
      </w:tr>
      <w:tr w:rsidR="00C543C5" w14:paraId="457A97C6" w14:textId="77777777">
        <w:trPr>
          <w:cantSplit/>
          <w:jc w:val="center"/>
        </w:trPr>
        <w:tc>
          <w:tcPr>
            <w:tcW w:w="2976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0129D54D" w14:textId="77777777" w:rsidR="00C543C5" w:rsidRDefault="007136B4">
            <w:pPr>
              <w:pStyle w:val="FieldLabel"/>
            </w:pPr>
            <w:proofErr w:type="gramStart"/>
            <w:r>
              <w:t>CUI  ·</w:t>
            </w:r>
            <w:proofErr w:type="gramEnd"/>
            <w:r>
              <w:t xml:space="preserve">  NR. REGISTRUL COMERȚULUI</w:t>
            </w:r>
          </w:p>
        </w:tc>
        <w:tc>
          <w:tcPr>
            <w:tcW w:w="7058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3CE8AE7C" w14:textId="77777777" w:rsidR="00C543C5" w:rsidRDefault="007136B4">
            <w:pPr>
              <w:spacing w:after="0"/>
            </w:pPr>
            <w:r>
              <w:rPr>
                <w:color w:val="9A9183"/>
              </w:rPr>
              <w:t>________________________  ·  ______________________________</w:t>
            </w:r>
          </w:p>
        </w:tc>
      </w:tr>
      <w:tr w:rsidR="00C543C5" w14:paraId="346741D2" w14:textId="77777777">
        <w:trPr>
          <w:cantSplit/>
          <w:jc w:val="center"/>
        </w:trPr>
        <w:tc>
          <w:tcPr>
            <w:tcW w:w="2976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0B1D6C3C" w14:textId="77777777" w:rsidR="00C543C5" w:rsidRDefault="007136B4">
            <w:pPr>
              <w:pStyle w:val="FieldLabel"/>
            </w:pPr>
            <w:r>
              <w:t xml:space="preserve">CONT </w:t>
            </w:r>
            <w:proofErr w:type="gramStart"/>
            <w:r>
              <w:t>IBAN  ·</w:t>
            </w:r>
            <w:proofErr w:type="gramEnd"/>
            <w:r>
              <w:t xml:space="preserve">  BANCA</w:t>
            </w:r>
          </w:p>
        </w:tc>
        <w:tc>
          <w:tcPr>
            <w:tcW w:w="7058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02CE0375" w14:textId="77777777" w:rsidR="00C543C5" w:rsidRDefault="007136B4">
            <w:pPr>
              <w:spacing w:after="0"/>
            </w:pPr>
            <w:r>
              <w:rPr>
                <w:color w:val="9A9183"/>
              </w:rPr>
              <w:t>________________________  ·  ______________________________</w:t>
            </w:r>
          </w:p>
        </w:tc>
      </w:tr>
      <w:tr w:rsidR="00C543C5" w14:paraId="4E15AC71" w14:textId="77777777">
        <w:trPr>
          <w:cantSplit/>
          <w:jc w:val="center"/>
        </w:trPr>
        <w:tc>
          <w:tcPr>
            <w:tcW w:w="2976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7854F678" w14:textId="77777777" w:rsidR="00C543C5" w:rsidRDefault="007136B4">
            <w:pPr>
              <w:pStyle w:val="FieldLabel"/>
            </w:pPr>
            <w:r>
              <w:t xml:space="preserve">REPREZENTANT </w:t>
            </w:r>
            <w:proofErr w:type="gramStart"/>
            <w:r>
              <w:t>LEGAL  ·</w:t>
            </w:r>
            <w:proofErr w:type="gramEnd"/>
            <w:r>
              <w:t xml:space="preserve">  FUNCȚIA</w:t>
            </w:r>
          </w:p>
        </w:tc>
        <w:tc>
          <w:tcPr>
            <w:tcW w:w="7058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6E8060FD" w14:textId="77777777" w:rsidR="00C543C5" w:rsidRDefault="007136B4">
            <w:pPr>
              <w:spacing w:after="0"/>
            </w:pPr>
            <w:r>
              <w:rPr>
                <w:color w:val="9A9183"/>
              </w:rPr>
              <w:t>________________________  ·  ______________________________</w:t>
            </w:r>
          </w:p>
        </w:tc>
      </w:tr>
      <w:tr w:rsidR="00C543C5" w14:paraId="28A22FC3" w14:textId="77777777">
        <w:trPr>
          <w:cantSplit/>
          <w:jc w:val="center"/>
        </w:trPr>
        <w:tc>
          <w:tcPr>
            <w:tcW w:w="2976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30853F7F" w14:textId="77777777" w:rsidR="00C543C5" w:rsidRDefault="007136B4">
            <w:pPr>
              <w:pStyle w:val="FieldLabel"/>
            </w:pPr>
            <w:proofErr w:type="gramStart"/>
            <w:r>
              <w:t>E-MAIL  ·</w:t>
            </w:r>
            <w:proofErr w:type="gramEnd"/>
            <w:r>
              <w:t xml:space="preserve">  TELEFON</w:t>
            </w:r>
          </w:p>
        </w:tc>
        <w:tc>
          <w:tcPr>
            <w:tcW w:w="7058" w:type="dxa"/>
            <w:tcBorders>
              <w:bottom w:val="single" w:sz="4" w:space="0" w:color="D8D2C9"/>
            </w:tcBorders>
            <w:tcMar>
              <w:top w:w="52" w:type="dxa"/>
              <w:left w:w="70" w:type="dxa"/>
              <w:bottom w:w="48" w:type="dxa"/>
              <w:right w:w="70" w:type="dxa"/>
            </w:tcMar>
          </w:tcPr>
          <w:p w14:paraId="02E1B9D1" w14:textId="77777777" w:rsidR="00C543C5" w:rsidRDefault="007136B4">
            <w:pPr>
              <w:spacing w:after="0"/>
            </w:pPr>
            <w:r>
              <w:rPr>
                <w:color w:val="9A9183"/>
              </w:rPr>
              <w:t>________________________  ·  ______________________________</w:t>
            </w:r>
          </w:p>
        </w:tc>
      </w:tr>
    </w:tbl>
    <w:p w14:paraId="710F2574" w14:textId="77777777" w:rsidR="00C543C5" w:rsidRDefault="007136B4">
      <w:pPr>
        <w:spacing w:before="80" w:after="80"/>
        <w:jc w:val="center"/>
      </w:pPr>
      <w:r>
        <w:rPr>
          <w:b/>
          <w:color w:val="9A9183"/>
        </w:rPr>
        <w:t>Ș</w:t>
      </w:r>
      <w:r>
        <w:rPr>
          <w:b/>
          <w:color w:val="9A9183"/>
        </w:rPr>
        <w:t>I</w:t>
      </w:r>
    </w:p>
    <w:p w14:paraId="6D1CCD45" w14:textId="77777777" w:rsidR="00C543C5" w:rsidRDefault="007136B4">
      <w:pPr>
        <w:spacing w:after="80"/>
      </w:pPr>
      <w:r>
        <w:rPr>
          <w:b/>
          <w:sz w:val="19"/>
        </w:rPr>
        <w:t>BENEFICIARUL SPONSORIZĂRII</w:t>
      </w:r>
      <w:r>
        <w:t xml:space="preserve">, </w:t>
      </w:r>
      <w:proofErr w:type="spellStart"/>
      <w:r>
        <w:t>denumit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continuare</w:t>
      </w:r>
      <w:proofErr w:type="spellEnd"/>
      <w:r>
        <w:t xml:space="preserve"> „</w:t>
      </w:r>
      <w:proofErr w:type="spellStart"/>
      <w:r>
        <w:t>Beneficiarul</w:t>
      </w:r>
      <w:proofErr w:type="spellEnd"/>
      <w:r>
        <w:t xml:space="preserve">”: </w:t>
      </w:r>
      <w:proofErr w:type="spellStart"/>
      <w:r>
        <w:rPr>
          <w:b/>
        </w:rPr>
        <w:t>Asociația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Humanimals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C543C5" w14:paraId="324310FE" w14:textId="77777777">
        <w:trPr>
          <w:cantSplit/>
          <w:jc w:val="center"/>
        </w:trPr>
        <w:tc>
          <w:tcPr>
            <w:tcW w:w="5018" w:type="dxa"/>
            <w:tcBorders>
              <w:bottom w:val="single" w:sz="4" w:space="0" w:color="D8D2C9"/>
            </w:tcBorders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04FBD345" w14:textId="77777777" w:rsidR="00C543C5" w:rsidRDefault="007136B4">
            <w:pPr>
              <w:pStyle w:val="FieldLabel"/>
              <w:keepLines/>
            </w:pPr>
            <w:r>
              <w:t>SEDIU SOCIAL</w:t>
            </w:r>
          </w:p>
          <w:p w14:paraId="4BE4B3A4" w14:textId="77777777" w:rsidR="00C543C5" w:rsidRDefault="007136B4"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Sat </w:t>
            </w:r>
            <w:proofErr w:type="spellStart"/>
            <w:r>
              <w:rPr>
                <w:sz w:val="16"/>
              </w:rPr>
              <w:t>Florești</w:t>
            </w:r>
            <w:proofErr w:type="spellEnd"/>
            <w:r>
              <w:rPr>
                <w:sz w:val="16"/>
              </w:rPr>
              <w:t xml:space="preserve">, com. </w:t>
            </w:r>
            <w:proofErr w:type="spellStart"/>
            <w:r>
              <w:rPr>
                <w:sz w:val="16"/>
              </w:rPr>
              <w:t>Florești-Stoenești</w:t>
            </w:r>
            <w:proofErr w:type="spellEnd"/>
            <w:r>
              <w:rPr>
                <w:sz w:val="16"/>
              </w:rPr>
              <w:t xml:space="preserve">, str. </w:t>
            </w:r>
            <w:proofErr w:type="spellStart"/>
            <w:r>
              <w:rPr>
                <w:sz w:val="16"/>
              </w:rPr>
              <w:t>Intrarea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Stejarului</w:t>
            </w:r>
            <w:proofErr w:type="spellEnd"/>
            <w:r>
              <w:rPr>
                <w:sz w:val="16"/>
              </w:rPr>
              <w:t xml:space="preserve">, nr. cad. 36664, </w:t>
            </w:r>
            <w:proofErr w:type="spellStart"/>
            <w:r>
              <w:rPr>
                <w:sz w:val="16"/>
              </w:rPr>
              <w:t>jud</w:t>
            </w:r>
            <w:proofErr w:type="spellEnd"/>
            <w:r>
              <w:rPr>
                <w:sz w:val="16"/>
              </w:rPr>
              <w:t>. Giurgiu</w:t>
            </w:r>
          </w:p>
        </w:tc>
        <w:tc>
          <w:tcPr>
            <w:tcW w:w="5018" w:type="dxa"/>
            <w:tcBorders>
              <w:bottom w:val="single" w:sz="4" w:space="0" w:color="D8D2C9"/>
            </w:tcBorders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1FCC6F8D" w14:textId="77777777" w:rsidR="00C543C5" w:rsidRDefault="007136B4">
            <w:pPr>
              <w:pStyle w:val="FieldLabel"/>
              <w:keepLines/>
            </w:pPr>
            <w:r>
              <w:t>CORESPONDENȚĂ</w:t>
            </w:r>
          </w:p>
          <w:p w14:paraId="00E026F4" w14:textId="77777777" w:rsidR="00C543C5" w:rsidRDefault="007136B4">
            <w:pPr>
              <w:keepLines/>
              <w:spacing w:after="0" w:line="240" w:lineRule="auto"/>
            </w:pPr>
            <w:proofErr w:type="spellStart"/>
            <w:r>
              <w:rPr>
                <w:sz w:val="16"/>
              </w:rPr>
              <w:t>București</w:t>
            </w:r>
            <w:proofErr w:type="spellEnd"/>
            <w:r>
              <w:rPr>
                <w:sz w:val="16"/>
              </w:rPr>
              <w:t>, sector 2, str. Alexandru Ioan Cuza nr. 44</w:t>
            </w:r>
          </w:p>
        </w:tc>
      </w:tr>
      <w:tr w:rsidR="00C543C5" w14:paraId="5A46B95C" w14:textId="77777777">
        <w:trPr>
          <w:cantSplit/>
          <w:jc w:val="center"/>
        </w:trPr>
        <w:tc>
          <w:tcPr>
            <w:tcW w:w="5018" w:type="dxa"/>
            <w:tcBorders>
              <w:bottom w:val="single" w:sz="4" w:space="0" w:color="D8D2C9"/>
            </w:tcBorders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51EFBC83" w14:textId="77777777" w:rsidR="00C543C5" w:rsidRDefault="007136B4">
            <w:pPr>
              <w:pStyle w:val="FieldLabel"/>
              <w:keepLines/>
            </w:pPr>
            <w:r>
              <w:t>COD FISCAL</w:t>
            </w:r>
          </w:p>
          <w:p w14:paraId="751FC391" w14:textId="77777777" w:rsidR="00C543C5" w:rsidRDefault="007136B4">
            <w:pPr>
              <w:keepLines/>
              <w:spacing w:after="0" w:line="240" w:lineRule="auto"/>
            </w:pPr>
            <w:r>
              <w:rPr>
                <w:sz w:val="16"/>
              </w:rPr>
              <w:t>51509182</w:t>
            </w:r>
          </w:p>
        </w:tc>
        <w:tc>
          <w:tcPr>
            <w:tcW w:w="5018" w:type="dxa"/>
            <w:tcBorders>
              <w:bottom w:val="single" w:sz="4" w:space="0" w:color="D8D2C9"/>
            </w:tcBorders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5E9E8F41" w14:textId="77777777" w:rsidR="00C543C5" w:rsidRDefault="007136B4">
            <w:pPr>
              <w:pStyle w:val="FieldLabel"/>
              <w:keepLines/>
            </w:pPr>
            <w:r>
              <w:t>REGISTRUL ASOCIAȚIILOR ȘI FUNDAȚIILOR</w:t>
            </w:r>
          </w:p>
          <w:p w14:paraId="03EA9AF1" w14:textId="3EADC1F5" w:rsidR="00C543C5" w:rsidRDefault="004B440C">
            <w:pPr>
              <w:keepLines/>
              <w:spacing w:after="0" w:line="240" w:lineRule="auto"/>
            </w:pPr>
            <w:r w:rsidRPr="004B440C">
              <w:rPr>
                <w:sz w:val="16"/>
              </w:rPr>
              <w:t xml:space="preserve">nr. 2/06.02.2025 · </w:t>
            </w:r>
            <w:proofErr w:type="spellStart"/>
            <w:r w:rsidRPr="004B440C">
              <w:rPr>
                <w:sz w:val="16"/>
              </w:rPr>
              <w:t>Judecătoria</w:t>
            </w:r>
            <w:proofErr w:type="spellEnd"/>
            <w:r w:rsidRPr="004B440C">
              <w:rPr>
                <w:sz w:val="16"/>
              </w:rPr>
              <w:t xml:space="preserve"> </w:t>
            </w:r>
            <w:proofErr w:type="spellStart"/>
            <w:r w:rsidRPr="004B440C">
              <w:rPr>
                <w:sz w:val="16"/>
              </w:rPr>
              <w:t>Bolintin</w:t>
            </w:r>
            <w:proofErr w:type="spellEnd"/>
            <w:r w:rsidRPr="004B440C">
              <w:rPr>
                <w:sz w:val="16"/>
              </w:rPr>
              <w:t xml:space="preserve"> Vale, </w:t>
            </w:r>
            <w:proofErr w:type="spellStart"/>
            <w:r w:rsidRPr="004B440C">
              <w:rPr>
                <w:sz w:val="16"/>
              </w:rPr>
              <w:t>jud</w:t>
            </w:r>
            <w:proofErr w:type="spellEnd"/>
            <w:r w:rsidRPr="004B440C">
              <w:rPr>
                <w:sz w:val="16"/>
              </w:rPr>
              <w:t>. Giurgiu</w:t>
            </w:r>
          </w:p>
        </w:tc>
      </w:tr>
      <w:tr w:rsidR="00C543C5" w14:paraId="4251EF8E" w14:textId="77777777">
        <w:trPr>
          <w:cantSplit/>
          <w:jc w:val="center"/>
        </w:trPr>
        <w:tc>
          <w:tcPr>
            <w:tcW w:w="5018" w:type="dxa"/>
            <w:tcBorders>
              <w:bottom w:val="single" w:sz="4" w:space="0" w:color="D8D2C9"/>
            </w:tcBorders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6641E5E5" w14:textId="77777777" w:rsidR="00C543C5" w:rsidRDefault="007136B4">
            <w:pPr>
              <w:pStyle w:val="FieldLabel"/>
              <w:keepLines/>
            </w:pPr>
            <w:r>
              <w:t>CONT IBAN</w:t>
            </w:r>
          </w:p>
          <w:p w14:paraId="091D7C7A" w14:textId="77777777" w:rsidR="00C543C5" w:rsidRDefault="007136B4"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RO64BTRLRONCRT0693681201 · Banca </w:t>
            </w:r>
            <w:proofErr w:type="spellStart"/>
            <w:r>
              <w:rPr>
                <w:sz w:val="16"/>
              </w:rPr>
              <w:t>Transilvania</w:t>
            </w:r>
            <w:proofErr w:type="spellEnd"/>
          </w:p>
        </w:tc>
        <w:tc>
          <w:tcPr>
            <w:tcW w:w="5018" w:type="dxa"/>
            <w:tcBorders>
              <w:bottom w:val="single" w:sz="4" w:space="0" w:color="D8D2C9"/>
            </w:tcBorders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4B3D1894" w14:textId="77777777" w:rsidR="00C543C5" w:rsidRDefault="007136B4">
            <w:pPr>
              <w:pStyle w:val="FieldLabel"/>
              <w:keepLines/>
            </w:pPr>
            <w:r>
              <w:t>CONTACT</w:t>
            </w:r>
          </w:p>
          <w:p w14:paraId="01E4D1D1" w14:textId="77777777" w:rsidR="00C543C5" w:rsidRDefault="007136B4">
            <w:pPr>
              <w:keepLines/>
              <w:spacing w:after="0" w:line="240" w:lineRule="auto"/>
            </w:pPr>
            <w:r>
              <w:rPr>
                <w:sz w:val="16"/>
              </w:rPr>
              <w:t>contact@humanimals.ro · 0734 299 391</w:t>
            </w:r>
          </w:p>
        </w:tc>
      </w:tr>
      <w:tr w:rsidR="00C543C5" w14:paraId="0F95422B" w14:textId="77777777">
        <w:trPr>
          <w:cantSplit/>
          <w:jc w:val="center"/>
        </w:trPr>
        <w:tc>
          <w:tcPr>
            <w:tcW w:w="5018" w:type="dxa"/>
            <w:tcBorders>
              <w:bottom w:val="single" w:sz="4" w:space="0" w:color="D8D2C9"/>
            </w:tcBorders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5C5FF001" w14:textId="77777777" w:rsidR="00C543C5" w:rsidRDefault="007136B4">
            <w:pPr>
              <w:pStyle w:val="FieldLabel"/>
              <w:keepLines/>
            </w:pPr>
            <w:r>
              <w:t>REPREZENTATĂ DE</w:t>
            </w:r>
          </w:p>
          <w:p w14:paraId="678749E7" w14:textId="4B5FB988" w:rsidR="00C543C5" w:rsidRDefault="007136B4">
            <w:pPr>
              <w:keepLines/>
              <w:spacing w:after="0" w:line="240" w:lineRule="auto"/>
            </w:pPr>
            <w:r>
              <w:rPr>
                <w:sz w:val="16"/>
              </w:rPr>
              <w:t xml:space="preserve">dl. </w:t>
            </w:r>
            <w:r w:rsidR="00040D82">
              <w:rPr>
                <w:sz w:val="16"/>
              </w:rPr>
              <w:t xml:space="preserve">Ionel </w:t>
            </w:r>
            <w:r>
              <w:rPr>
                <w:sz w:val="16"/>
              </w:rPr>
              <w:t xml:space="preserve">Mirel Dinu, </w:t>
            </w:r>
            <w:proofErr w:type="spellStart"/>
            <w:r>
              <w:rPr>
                <w:sz w:val="16"/>
              </w:rPr>
              <w:t>Președinte</w:t>
            </w:r>
            <w:proofErr w:type="spellEnd"/>
          </w:p>
        </w:tc>
        <w:tc>
          <w:tcPr>
            <w:tcW w:w="5018" w:type="dxa"/>
            <w:tcBorders>
              <w:bottom w:val="single" w:sz="4" w:space="0" w:color="D8D2C9"/>
            </w:tcBorders>
            <w:tcMar>
              <w:top w:w="60" w:type="dxa"/>
              <w:left w:w="70" w:type="dxa"/>
              <w:bottom w:w="55" w:type="dxa"/>
              <w:right w:w="70" w:type="dxa"/>
            </w:tcMar>
          </w:tcPr>
          <w:p w14:paraId="4C2B0034" w14:textId="77777777" w:rsidR="00C543C5" w:rsidRDefault="007136B4">
            <w:pPr>
              <w:pStyle w:val="FieldLabel"/>
              <w:keepLines/>
            </w:pPr>
            <w:r>
              <w:t>SITE</w:t>
            </w:r>
          </w:p>
          <w:p w14:paraId="28B3AA33" w14:textId="77777777" w:rsidR="00C543C5" w:rsidRDefault="007136B4">
            <w:pPr>
              <w:keepLines/>
              <w:spacing w:after="0" w:line="240" w:lineRule="auto"/>
            </w:pPr>
            <w:r>
              <w:rPr>
                <w:sz w:val="16"/>
              </w:rPr>
              <w:t>humanimals.ro</w:t>
            </w:r>
          </w:p>
        </w:tc>
      </w:tr>
    </w:tbl>
    <w:p w14:paraId="6C1824B7" w14:textId="7CE6BC05" w:rsidR="00C543C5" w:rsidRDefault="00C543C5"/>
    <w:p w14:paraId="75456A0D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02  Temei</w:t>
      </w:r>
      <w:proofErr w:type="gramEnd"/>
      <w:r>
        <w:t>, obiect și valoare</w:t>
      </w:r>
    </w:p>
    <w:p w14:paraId="03027262" w14:textId="77777777" w:rsidR="00C543C5" w:rsidRDefault="007136B4">
      <w:pPr>
        <w:ind w:left="351" w:hanging="351"/>
        <w:jc w:val="both"/>
      </w:pPr>
      <w:r>
        <w:rPr>
          <w:b/>
        </w:rPr>
        <w:t xml:space="preserve">2.1 </w:t>
      </w:r>
      <w:proofErr w:type="spellStart"/>
      <w:r>
        <w:t>Părțile</w:t>
      </w:r>
      <w:proofErr w:type="spellEnd"/>
      <w:r>
        <w:t xml:space="preserve"> </w:t>
      </w:r>
      <w:proofErr w:type="spellStart"/>
      <w:r>
        <w:t>încheie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contract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32/1994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sponsorizarea</w:t>
      </w:r>
      <w:proofErr w:type="spellEnd"/>
      <w:r>
        <w:t xml:space="preserve">, al </w:t>
      </w:r>
      <w:proofErr w:type="spellStart"/>
      <w:r>
        <w:t>Legii</w:t>
      </w:r>
      <w:proofErr w:type="spellEnd"/>
      <w:r>
        <w:t xml:space="preserve"> nr. 227/2015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fiscal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procedurii</w:t>
      </w:r>
      <w:proofErr w:type="spellEnd"/>
      <w:r>
        <w:t xml:space="preserve"> ANAF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Formularului</w:t>
      </w:r>
      <w:proofErr w:type="spellEnd"/>
      <w:r>
        <w:t xml:space="preserve"> 177,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formele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depunerii</w:t>
      </w:r>
      <w:proofErr w:type="spellEnd"/>
      <w:r>
        <w:t>.</w:t>
      </w:r>
    </w:p>
    <w:p w14:paraId="0FEABE3F" w14:textId="61E38260" w:rsidR="00C543C5" w:rsidRDefault="007136B4">
      <w:pPr>
        <w:ind w:left="351" w:hanging="351"/>
        <w:jc w:val="both"/>
      </w:pPr>
      <w:r>
        <w:rPr>
          <w:b/>
        </w:rPr>
        <w:t xml:space="preserve">2.2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dispune</w:t>
      </w:r>
      <w:proofErr w:type="spellEnd"/>
      <w:r>
        <w:t xml:space="preserve"> </w:t>
      </w:r>
      <w:proofErr w:type="spellStart"/>
      <w:r>
        <w:t>redirecționarea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Formularul</w:t>
      </w:r>
      <w:proofErr w:type="spellEnd"/>
      <w:r>
        <w:t xml:space="preserve"> 177,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, a </w:t>
      </w:r>
      <w:proofErr w:type="spellStart"/>
      <w:r>
        <w:t>sumei</w:t>
      </w:r>
      <w:proofErr w:type="spellEnd"/>
      <w:r>
        <w:t xml:space="preserve"> de __________________ lei,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fiscal 2026,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sumei</w:t>
      </w:r>
      <w:proofErr w:type="spellEnd"/>
      <w:r>
        <w:t xml:space="preserve"> </w:t>
      </w:r>
      <w:proofErr w:type="spellStart"/>
      <w:r>
        <w:t>eligibile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 de </w:t>
      </w:r>
      <w:proofErr w:type="spellStart"/>
      <w:r>
        <w:t>organul</w:t>
      </w:r>
      <w:proofErr w:type="spellEnd"/>
      <w:r>
        <w:t xml:space="preserve"> fiscal.</w:t>
      </w:r>
    </w:p>
    <w:p w14:paraId="3B91238C" w14:textId="77777777" w:rsidR="00C543C5" w:rsidRDefault="007136B4">
      <w:pPr>
        <w:ind w:left="351" w:hanging="351"/>
        <w:jc w:val="both"/>
      </w:pPr>
      <w:r>
        <w:rPr>
          <w:b/>
        </w:rPr>
        <w:t xml:space="preserve">2.3 </w:t>
      </w:r>
      <w:proofErr w:type="spellStart"/>
      <w:r>
        <w:t>Sponsorizarea</w:t>
      </w:r>
      <w:proofErr w:type="spellEnd"/>
      <w:r>
        <w:t xml:space="preserve"> </w:t>
      </w:r>
      <w:proofErr w:type="spellStart"/>
      <w:r>
        <w:t>susține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scop </w:t>
      </w:r>
      <w:proofErr w:type="spellStart"/>
      <w:r>
        <w:t>lucrativ</w:t>
      </w:r>
      <w:proofErr w:type="spellEnd"/>
      <w:r>
        <w:t xml:space="preserve"> ale </w:t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protecției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bunăstării</w:t>
      </w:r>
      <w:proofErr w:type="spellEnd"/>
      <w:r>
        <w:t xml:space="preserve"> </w:t>
      </w:r>
      <w:proofErr w:type="spellStart"/>
      <w:r>
        <w:t>animalelor</w:t>
      </w:r>
      <w:proofErr w:type="spellEnd"/>
      <w:r>
        <w:t xml:space="preserve">: </w:t>
      </w:r>
      <w:proofErr w:type="spellStart"/>
      <w:r>
        <w:t>salvare</w:t>
      </w:r>
      <w:proofErr w:type="spellEnd"/>
      <w:r>
        <w:t xml:space="preserve">, </w:t>
      </w:r>
      <w:proofErr w:type="spellStart"/>
      <w:r>
        <w:t>tratament</w:t>
      </w:r>
      <w:proofErr w:type="spellEnd"/>
      <w:r>
        <w:t xml:space="preserve"> </w:t>
      </w:r>
      <w:proofErr w:type="spellStart"/>
      <w:r>
        <w:t>veterinar</w:t>
      </w:r>
      <w:proofErr w:type="spellEnd"/>
      <w:r>
        <w:t xml:space="preserve">, </w:t>
      </w:r>
      <w:proofErr w:type="spellStart"/>
      <w:r>
        <w:t>sterilizare</w:t>
      </w:r>
      <w:proofErr w:type="spellEnd"/>
      <w:r>
        <w:t xml:space="preserve">, </w:t>
      </w:r>
      <w:proofErr w:type="spellStart"/>
      <w:r>
        <w:t>adăpostire</w:t>
      </w:r>
      <w:proofErr w:type="spellEnd"/>
      <w:r>
        <w:t xml:space="preserve"> </w:t>
      </w:r>
      <w:proofErr w:type="spellStart"/>
      <w:r>
        <w:t>temporară</w:t>
      </w:r>
      <w:proofErr w:type="spellEnd"/>
      <w:r>
        <w:t xml:space="preserve">, </w:t>
      </w:r>
      <w:proofErr w:type="spellStart"/>
      <w:r>
        <w:t>hrană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, </w:t>
      </w:r>
      <w:proofErr w:type="spellStart"/>
      <w:r>
        <w:t>adopție</w:t>
      </w:r>
      <w:proofErr w:type="spellEnd"/>
      <w:r>
        <w:t xml:space="preserve"> </w:t>
      </w:r>
      <w:proofErr w:type="spellStart"/>
      <w:r>
        <w:t>responsabilă</w:t>
      </w:r>
      <w:proofErr w:type="spellEnd"/>
      <w:r>
        <w:t xml:space="preserve">, </w:t>
      </w:r>
      <w:proofErr w:type="spellStart"/>
      <w:r>
        <w:t>intervenții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, </w:t>
      </w:r>
      <w:proofErr w:type="spellStart"/>
      <w:r>
        <w:t>educație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.</w:t>
      </w:r>
    </w:p>
    <w:p w14:paraId="4A0D863A" w14:textId="77777777" w:rsidR="00C543C5" w:rsidRDefault="007136B4">
      <w:pPr>
        <w:ind w:left="351" w:hanging="351"/>
        <w:jc w:val="both"/>
      </w:pPr>
      <w:r>
        <w:rPr>
          <w:b/>
        </w:rPr>
        <w:t xml:space="preserve">2.4 </w:t>
      </w:r>
      <w:proofErr w:type="spellStart"/>
      <w:r>
        <w:t>Proiectul</w:t>
      </w:r>
      <w:proofErr w:type="spellEnd"/>
      <w:r>
        <w:t>/</w:t>
      </w:r>
      <w:proofErr w:type="spellStart"/>
      <w:r>
        <w:t>destinația</w:t>
      </w:r>
      <w:proofErr w:type="spellEnd"/>
      <w:r>
        <w:t xml:space="preserve"> </w:t>
      </w:r>
      <w:proofErr w:type="spellStart"/>
      <w:r>
        <w:t>specifică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se </w:t>
      </w:r>
      <w:proofErr w:type="spellStart"/>
      <w:r>
        <w:t>dorește</w:t>
      </w:r>
      <w:proofErr w:type="spellEnd"/>
      <w:r>
        <w:t xml:space="preserve">: ________________________________________________.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rubrica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necompletată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oricare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statutare</w:t>
      </w:r>
      <w:proofErr w:type="spellEnd"/>
      <w:r>
        <w:t xml:space="preserve"> </w:t>
      </w:r>
      <w:proofErr w:type="spellStart"/>
      <w:r>
        <w:t>descrise</w:t>
      </w:r>
      <w:proofErr w:type="spellEnd"/>
      <w:r>
        <w:t xml:space="preserve"> la art. 2.3,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nevoile</w:t>
      </w:r>
      <w:proofErr w:type="spellEnd"/>
      <w:r>
        <w:t xml:space="preserve"> </w:t>
      </w:r>
      <w:proofErr w:type="spellStart"/>
      <w:r>
        <w:t>prioritare</w:t>
      </w:r>
      <w:proofErr w:type="spellEnd"/>
      <w:r>
        <w:t>.</w:t>
      </w:r>
    </w:p>
    <w:p w14:paraId="03E34D25" w14:textId="77777777" w:rsidR="00C543C5" w:rsidRDefault="007136B4">
      <w:pPr>
        <w:ind w:left="351" w:hanging="351"/>
        <w:jc w:val="both"/>
      </w:pPr>
      <w:r>
        <w:rPr>
          <w:b/>
        </w:rPr>
        <w:t xml:space="preserve">2.5 </w:t>
      </w:r>
      <w:proofErr w:type="spellStart"/>
      <w:r>
        <w:t>Prezentul</w:t>
      </w:r>
      <w:proofErr w:type="spellEnd"/>
      <w:r>
        <w:t xml:space="preserve"> contract nu </w:t>
      </w:r>
      <w:proofErr w:type="spellStart"/>
      <w:r>
        <w:t>constituie</w:t>
      </w:r>
      <w:proofErr w:type="spellEnd"/>
      <w:r>
        <w:t xml:space="preserve"> un </w:t>
      </w:r>
      <w:proofErr w:type="spellStart"/>
      <w:r>
        <w:t>ordin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directă</w:t>
      </w:r>
      <w:proofErr w:type="spellEnd"/>
      <w:r>
        <w:t xml:space="preserve"> al </w:t>
      </w:r>
      <w:proofErr w:type="spellStart"/>
      <w:r>
        <w:t>Sponsorului</w:t>
      </w:r>
      <w:proofErr w:type="spellEnd"/>
      <w:r>
        <w:t xml:space="preserve">. </w:t>
      </w:r>
      <w:proofErr w:type="spellStart"/>
      <w:r>
        <w:t>Transferul</w:t>
      </w:r>
      <w:proofErr w:type="spellEnd"/>
      <w:r>
        <w:t xml:space="preserve"> </w:t>
      </w:r>
      <w:proofErr w:type="spellStart"/>
      <w:r>
        <w:t>sumei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 se </w:t>
      </w:r>
      <w:proofErr w:type="spellStart"/>
      <w:r>
        <w:t>efectuează</w:t>
      </w:r>
      <w:proofErr w:type="spellEnd"/>
      <w:r>
        <w:t xml:space="preserve"> de ANAF,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Formularului</w:t>
      </w:r>
      <w:proofErr w:type="spellEnd"/>
      <w:r>
        <w:t xml:space="preserve"> 177.</w:t>
      </w:r>
    </w:p>
    <w:p w14:paraId="42133166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03  Formularul</w:t>
      </w:r>
      <w:proofErr w:type="gramEnd"/>
      <w:r>
        <w:t xml:space="preserve"> 177 și transferul sponsorizării</w:t>
      </w:r>
    </w:p>
    <w:p w14:paraId="755AEF4B" w14:textId="7B08F99C" w:rsidR="00C543C5" w:rsidRDefault="007136B4">
      <w:pPr>
        <w:ind w:left="351" w:hanging="351"/>
        <w:jc w:val="both"/>
      </w:pPr>
      <w:r>
        <w:rPr>
          <w:b/>
        </w:rPr>
        <w:t xml:space="preserve">3.1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completa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Formularul</w:t>
      </w:r>
      <w:proofErr w:type="spellEnd"/>
      <w:r>
        <w:t xml:space="preserve"> 177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fiscal 2026, </w:t>
      </w:r>
      <w:proofErr w:type="spellStart"/>
      <w:r>
        <w:t>utilizând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din </w:t>
      </w:r>
      <w:proofErr w:type="spellStart"/>
      <w:r>
        <w:t>prezentul</w:t>
      </w:r>
      <w:proofErr w:type="spellEnd"/>
      <w:r>
        <w:t xml:space="preserve"> contract, </w:t>
      </w:r>
      <w:proofErr w:type="spellStart"/>
      <w:r>
        <w:t>până</w:t>
      </w:r>
      <w:proofErr w:type="spellEnd"/>
      <w:r>
        <w:t xml:space="preserve"> la 25 </w:t>
      </w:r>
      <w:proofErr w:type="spellStart"/>
      <w:r>
        <w:t>iunie</w:t>
      </w:r>
      <w:proofErr w:type="spellEnd"/>
      <w:r>
        <w:t xml:space="preserve"> 2027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contribuabilul</w:t>
      </w:r>
      <w:proofErr w:type="spellEnd"/>
      <w:r>
        <w:t xml:space="preserve"> cu </w:t>
      </w:r>
      <w:proofErr w:type="gramStart"/>
      <w:r>
        <w:t>an</w:t>
      </w:r>
      <w:proofErr w:type="gramEnd"/>
      <w:r>
        <w:t xml:space="preserve"> fiscal </w:t>
      </w:r>
      <w:proofErr w:type="spellStart"/>
      <w:r>
        <w:t>calendaristic</w:t>
      </w:r>
      <w:proofErr w:type="spellEnd"/>
      <w:r>
        <w:t xml:space="preserve">.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modifică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,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regulile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depunerii</w:t>
      </w:r>
      <w:proofErr w:type="spellEnd"/>
      <w:r>
        <w:t>.</w:t>
      </w:r>
    </w:p>
    <w:p w14:paraId="3C9AF6E6" w14:textId="2FCDB908" w:rsidR="00C543C5" w:rsidRDefault="007136B4">
      <w:pPr>
        <w:ind w:left="351" w:hanging="351"/>
        <w:jc w:val="both"/>
      </w:pPr>
      <w:r>
        <w:rPr>
          <w:b/>
        </w:rPr>
        <w:t xml:space="preserve">3.2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calculează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plafonul</w:t>
      </w:r>
      <w:proofErr w:type="spellEnd"/>
      <w:r>
        <w:t xml:space="preserve"> </w:t>
      </w:r>
      <w:proofErr w:type="spellStart"/>
      <w:r>
        <w:t>disponibil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redirecționare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de care </w:t>
      </w:r>
      <w:proofErr w:type="spellStart"/>
      <w:r>
        <w:t>depinde</w:t>
      </w:r>
      <w:proofErr w:type="spellEnd"/>
      <w:r>
        <w:t xml:space="preserve">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>.</w:t>
      </w:r>
    </w:p>
    <w:p w14:paraId="1FFEA9B4" w14:textId="77777777" w:rsidR="00C543C5" w:rsidRDefault="007136B4">
      <w:pPr>
        <w:ind w:left="351" w:hanging="351"/>
        <w:jc w:val="both"/>
      </w:pPr>
      <w:r>
        <w:rPr>
          <w:b/>
        </w:rPr>
        <w:t xml:space="preserve">3.3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depunerii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</w:t>
      </w:r>
      <w:proofErr w:type="spellStart"/>
      <w:r>
        <w:t>urmări</w:t>
      </w:r>
      <w:proofErr w:type="spellEnd"/>
      <w:r>
        <w:t xml:space="preserve"> </w:t>
      </w:r>
      <w:proofErr w:type="spellStart"/>
      <w:r>
        <w:t>mesajele</w:t>
      </w:r>
      <w:proofErr w:type="spellEnd"/>
      <w:r>
        <w:t xml:space="preserve"> ANAF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remedia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</w:t>
      </w:r>
      <w:proofErr w:type="spellStart"/>
      <w:r>
        <w:t>eventualele</w:t>
      </w:r>
      <w:proofErr w:type="spellEnd"/>
      <w:r>
        <w:t xml:space="preserve"> </w:t>
      </w:r>
      <w:proofErr w:type="spellStart"/>
      <w:r>
        <w:t>erori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notificări</w:t>
      </w:r>
      <w:proofErr w:type="spellEnd"/>
      <w:r>
        <w:t xml:space="preserve">.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opțiunea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disponibilă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formular,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ANAF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comunice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redirecționată</w:t>
      </w:r>
      <w:proofErr w:type="spellEnd"/>
      <w:r>
        <w:t>.</w:t>
      </w:r>
    </w:p>
    <w:p w14:paraId="07C11132" w14:textId="77777777" w:rsidR="00C543C5" w:rsidRDefault="007136B4">
      <w:pPr>
        <w:ind w:left="351" w:hanging="351"/>
        <w:jc w:val="both"/>
      </w:pPr>
      <w:r>
        <w:rPr>
          <w:b/>
        </w:rPr>
        <w:t xml:space="preserve">3.4 </w:t>
      </w:r>
      <w:proofErr w:type="spellStart"/>
      <w:r>
        <w:t>Transferul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efectuat</w:t>
      </w:r>
      <w:proofErr w:type="spellEnd"/>
      <w:r>
        <w:t xml:space="preserve"> de ANAF,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sponsorizarea</w:t>
      </w:r>
      <w:proofErr w:type="spellEnd"/>
      <w:r>
        <w:t xml:space="preserve"> se </w:t>
      </w:r>
      <w:proofErr w:type="spellStart"/>
      <w:r>
        <w:t>consideră</w:t>
      </w:r>
      <w:proofErr w:type="spellEnd"/>
      <w:r>
        <w:t xml:space="preserve"> </w:t>
      </w:r>
      <w:proofErr w:type="spellStart"/>
      <w:r>
        <w:t>executată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efectiv</w:t>
      </w:r>
      <w:proofErr w:type="spellEnd"/>
      <w:r>
        <w:t xml:space="preserve"> </w:t>
      </w:r>
      <w:proofErr w:type="spellStart"/>
      <w:r>
        <w:t>creditată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contul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. La </w:t>
      </w:r>
      <w:proofErr w:type="spellStart"/>
      <w:r>
        <w:t>cerere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confirma</w:t>
      </w:r>
      <w:proofErr w:type="spellEnd"/>
      <w:r>
        <w:t xml:space="preserve"> </w:t>
      </w:r>
      <w:proofErr w:type="spellStart"/>
      <w:r>
        <w:t>Sponsorului</w:t>
      </w:r>
      <w:proofErr w:type="spellEnd"/>
      <w:r>
        <w:t xml:space="preserve"> </w:t>
      </w:r>
      <w:proofErr w:type="spellStart"/>
      <w:r>
        <w:t>încasarea</w:t>
      </w:r>
      <w:proofErr w:type="spellEnd"/>
      <w:r>
        <w:t>.</w:t>
      </w:r>
    </w:p>
    <w:p w14:paraId="14BD647D" w14:textId="40EF10F3" w:rsidR="00C543C5" w:rsidRDefault="007136B4">
      <w:pPr>
        <w:ind w:left="351" w:hanging="351"/>
        <w:jc w:val="both"/>
      </w:pPr>
      <w:r>
        <w:rPr>
          <w:b/>
        </w:rPr>
        <w:lastRenderedPageBreak/>
        <w:t xml:space="preserve">3.5 </w:t>
      </w:r>
      <w:proofErr w:type="spellStart"/>
      <w:r>
        <w:t>Dacă</w:t>
      </w:r>
      <w:proofErr w:type="spellEnd"/>
      <w:r>
        <w:t xml:space="preserve"> ANAF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prevăzută</w:t>
      </w:r>
      <w:proofErr w:type="spellEnd"/>
      <w:r>
        <w:t xml:space="preserve"> la art. 2.2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respinge</w:t>
      </w:r>
      <w:proofErr w:type="spellEnd"/>
      <w:r>
        <w:t xml:space="preserve"> </w:t>
      </w:r>
      <w:proofErr w:type="spellStart"/>
      <w:r>
        <w:t>cererea</w:t>
      </w:r>
      <w:proofErr w:type="spellEnd"/>
      <w:r>
        <w:t xml:space="preserve"> din motive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neimputabile</w:t>
      </w:r>
      <w:proofErr w:type="spellEnd"/>
      <w:r>
        <w:t xml:space="preserve"> </w:t>
      </w:r>
      <w:proofErr w:type="spellStart"/>
      <w:r>
        <w:t>Sponsorului</w:t>
      </w:r>
      <w:proofErr w:type="spellEnd"/>
      <w:r>
        <w:t xml:space="preserve">, </w:t>
      </w:r>
      <w:proofErr w:type="spellStart"/>
      <w:r>
        <w:t>acesta</w:t>
      </w:r>
      <w:proofErr w:type="spellEnd"/>
      <w:r>
        <w:t xml:space="preserve"> nu </w:t>
      </w:r>
      <w:proofErr w:type="spellStart"/>
      <w:r>
        <w:t>datorează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directă</w:t>
      </w:r>
      <w:proofErr w:type="spellEnd"/>
      <w:r>
        <w:t xml:space="preserve"> a </w:t>
      </w:r>
      <w:proofErr w:type="spellStart"/>
      <w:r>
        <w:t>diferenței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Părțile</w:t>
      </w:r>
      <w:proofErr w:type="spellEnd"/>
      <w:r>
        <w:t xml:space="preserve"> nu </w:t>
      </w:r>
      <w:proofErr w:type="spellStart"/>
      <w:r>
        <w:t>convin</w:t>
      </w:r>
      <w:proofErr w:type="spellEnd"/>
      <w:r>
        <w:t xml:space="preserve"> </w:t>
      </w:r>
      <w:proofErr w:type="spellStart"/>
      <w:r>
        <w:t>separat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>.</w:t>
      </w:r>
    </w:p>
    <w:p w14:paraId="40C4C12A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04  Obligațiile</w:t>
      </w:r>
      <w:proofErr w:type="gramEnd"/>
      <w:r>
        <w:t xml:space="preserve"> Beneficiarului</w:t>
      </w:r>
    </w:p>
    <w:p w14:paraId="5733331C" w14:textId="77777777" w:rsidR="00C543C5" w:rsidRDefault="007136B4">
      <w:pPr>
        <w:ind w:left="351" w:hanging="351"/>
        <w:jc w:val="both"/>
      </w:pPr>
      <w:r>
        <w:rPr>
          <w:b/>
        </w:rPr>
        <w:t xml:space="preserve">4.1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declară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sponsorizării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menține</w:t>
      </w:r>
      <w:proofErr w:type="spellEnd"/>
      <w:r>
        <w:t xml:space="preserve">, la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, </w:t>
      </w:r>
      <w:proofErr w:type="spellStart"/>
      <w:r>
        <w:t>înscrierea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entităților</w:t>
      </w:r>
      <w:proofErr w:type="spellEnd"/>
      <w:r>
        <w:t>/</w:t>
      </w:r>
      <w:proofErr w:type="spellStart"/>
      <w:r>
        <w:t>unităților</w:t>
      </w:r>
      <w:proofErr w:type="spellEnd"/>
      <w:r>
        <w:t xml:space="preserve"> de cult </w:t>
      </w:r>
      <w:proofErr w:type="spellStart"/>
      <w:r>
        <w:t>pentru</w:t>
      </w:r>
      <w:proofErr w:type="spellEnd"/>
      <w:r>
        <w:t xml:space="preserve"> care se </w:t>
      </w:r>
      <w:proofErr w:type="spellStart"/>
      <w:r>
        <w:t>acordă</w:t>
      </w:r>
      <w:proofErr w:type="spellEnd"/>
      <w:r>
        <w:t xml:space="preserve"> </w:t>
      </w:r>
      <w:proofErr w:type="spellStart"/>
      <w:r>
        <w:t>deduceri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.</w:t>
      </w:r>
    </w:p>
    <w:p w14:paraId="623CA49E" w14:textId="77777777" w:rsidR="00C543C5" w:rsidRDefault="007136B4">
      <w:pPr>
        <w:ind w:left="351" w:hanging="351"/>
        <w:jc w:val="both"/>
      </w:pPr>
      <w:r>
        <w:rPr>
          <w:b/>
        </w:rPr>
        <w:t xml:space="preserve">4.2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utiliza</w:t>
      </w:r>
      <w:proofErr w:type="spellEnd"/>
      <w:r>
        <w:t xml:space="preserve"> </w:t>
      </w:r>
      <w:proofErr w:type="spellStart"/>
      <w:r>
        <w:t>sponsorizarea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art. 2.3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completat</w:t>
      </w:r>
      <w:proofErr w:type="spellEnd"/>
      <w:r>
        <w:t xml:space="preserve"> la art. 2.4,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statutului</w:t>
      </w:r>
      <w:proofErr w:type="spellEnd"/>
      <w:r>
        <w:t xml:space="preserve"> </w:t>
      </w:r>
      <w:proofErr w:type="spellStart"/>
      <w:r>
        <w:t>său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>.</w:t>
      </w:r>
    </w:p>
    <w:p w14:paraId="4B842D5F" w14:textId="77777777" w:rsidR="00C543C5" w:rsidRDefault="007136B4">
      <w:pPr>
        <w:ind w:left="351" w:hanging="351"/>
        <w:jc w:val="both"/>
      </w:pPr>
      <w:r>
        <w:rPr>
          <w:b/>
        </w:rPr>
        <w:t xml:space="preserve">4.3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evidenția</w:t>
      </w:r>
      <w:proofErr w:type="spellEnd"/>
      <w:r>
        <w:t xml:space="preserve"> </w:t>
      </w:r>
      <w:proofErr w:type="spellStart"/>
      <w:r>
        <w:t>sponsorizarea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contabilitate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păstra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încasarea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 conform </w:t>
      </w:r>
      <w:proofErr w:type="spellStart"/>
      <w:r>
        <w:t>termenelor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de </w:t>
      </w:r>
      <w:proofErr w:type="spellStart"/>
      <w:r>
        <w:t>arhivare</w:t>
      </w:r>
      <w:proofErr w:type="spellEnd"/>
      <w:r>
        <w:t>.</w:t>
      </w:r>
    </w:p>
    <w:p w14:paraId="28CD6589" w14:textId="77777777" w:rsidR="00C543C5" w:rsidRDefault="007136B4">
      <w:pPr>
        <w:ind w:left="351" w:hanging="351"/>
        <w:jc w:val="both"/>
      </w:pPr>
      <w:r>
        <w:rPr>
          <w:b/>
        </w:rPr>
        <w:t xml:space="preserve">4.4 </w:t>
      </w:r>
      <w:r>
        <w:t xml:space="preserve">La </w:t>
      </w:r>
      <w:proofErr w:type="spellStart"/>
      <w:r>
        <w:t>solicitarea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a </w:t>
      </w:r>
      <w:proofErr w:type="spellStart"/>
      <w:r>
        <w:t>Sponsorului</w:t>
      </w:r>
      <w:proofErr w:type="spellEnd"/>
      <w:r>
        <w:t xml:space="preserve">,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cel </w:t>
      </w:r>
      <w:proofErr w:type="spellStart"/>
      <w:r>
        <w:t>mult</w:t>
      </w:r>
      <w:proofErr w:type="spellEnd"/>
      <w:r>
        <w:t xml:space="preserve"> 30 de </w:t>
      </w:r>
      <w:proofErr w:type="spellStart"/>
      <w:r>
        <w:t>zile</w:t>
      </w:r>
      <w:proofErr w:type="spellEnd"/>
      <w:r>
        <w:t xml:space="preserve">, o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sintetică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susținute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. </w:t>
      </w:r>
      <w:proofErr w:type="spellStart"/>
      <w:r>
        <w:t>Documente</w:t>
      </w:r>
      <w:proofErr w:type="spellEnd"/>
      <w:r>
        <w:t xml:space="preserve"> justificative </w:t>
      </w:r>
      <w:proofErr w:type="spellStart"/>
      <w:r>
        <w:t>detaliate</w:t>
      </w:r>
      <w:proofErr w:type="spellEnd"/>
      <w:r>
        <w:t xml:space="preserve"> se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Părțile</w:t>
      </w:r>
      <w:proofErr w:type="spellEnd"/>
      <w:r>
        <w:t xml:space="preserve"> </w:t>
      </w:r>
      <w:proofErr w:type="spellStart"/>
      <w:r>
        <w:t>convin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cu </w:t>
      </w:r>
      <w:proofErr w:type="spellStart"/>
      <w:r>
        <w:t>protejarea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informațiilor</w:t>
      </w:r>
      <w:proofErr w:type="spellEnd"/>
      <w:r>
        <w:t xml:space="preserve"> medical-</w:t>
      </w:r>
      <w:proofErr w:type="spellStart"/>
      <w:r>
        <w:t>veterinare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informațiilor</w:t>
      </w:r>
      <w:proofErr w:type="spellEnd"/>
      <w:r>
        <w:t xml:space="preserve"> </w:t>
      </w:r>
      <w:proofErr w:type="spellStart"/>
      <w:r>
        <w:t>confidențiale</w:t>
      </w:r>
      <w:proofErr w:type="spellEnd"/>
      <w:r>
        <w:t>.</w:t>
      </w:r>
    </w:p>
    <w:p w14:paraId="6ABD124E" w14:textId="77777777" w:rsidR="00C543C5" w:rsidRDefault="007136B4">
      <w:pPr>
        <w:ind w:left="351" w:hanging="351"/>
        <w:jc w:val="both"/>
      </w:pPr>
      <w:r>
        <w:rPr>
          <w:b/>
        </w:rPr>
        <w:t xml:space="preserve">4.5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comunica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întârziere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modificare</w:t>
      </w:r>
      <w:proofErr w:type="spellEnd"/>
      <w:r>
        <w:t xml:space="preserve"> a </w:t>
      </w:r>
      <w:proofErr w:type="spellStart"/>
      <w:r>
        <w:t>denumirii</w:t>
      </w:r>
      <w:proofErr w:type="spellEnd"/>
      <w:r>
        <w:t xml:space="preserve">, </w:t>
      </w:r>
      <w:proofErr w:type="spellStart"/>
      <w:r>
        <w:t>codului</w:t>
      </w:r>
      <w:proofErr w:type="spellEnd"/>
      <w:r>
        <w:t xml:space="preserve"> fiscal, </w:t>
      </w:r>
      <w:proofErr w:type="spellStart"/>
      <w:r>
        <w:t>contului</w:t>
      </w:r>
      <w:proofErr w:type="spellEnd"/>
      <w:r>
        <w:t xml:space="preserve"> </w:t>
      </w:r>
      <w:proofErr w:type="spellStart"/>
      <w:r>
        <w:t>bancar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sale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fiscal relevant,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împrejurare</w:t>
      </w:r>
      <w:proofErr w:type="spellEnd"/>
      <w:r>
        <w:t xml:space="preserve"> care face </w:t>
      </w:r>
      <w:proofErr w:type="spellStart"/>
      <w:r>
        <w:t>imposibilă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destinația</w:t>
      </w:r>
      <w:proofErr w:type="spellEnd"/>
      <w:r>
        <w:t xml:space="preserve"> </w:t>
      </w:r>
      <w:proofErr w:type="spellStart"/>
      <w:r>
        <w:t>specifică</w:t>
      </w:r>
      <w:proofErr w:type="spellEnd"/>
      <w:r>
        <w:t xml:space="preserve">.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</w:t>
      </w:r>
      <w:proofErr w:type="spellEnd"/>
      <w:r>
        <w:t xml:space="preserve">, </w:t>
      </w:r>
      <w:proofErr w:type="spellStart"/>
      <w:r>
        <w:t>Părțile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stabili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o </w:t>
      </w:r>
      <w:proofErr w:type="spellStart"/>
      <w:r>
        <w:t>destinație</w:t>
      </w:r>
      <w:proofErr w:type="spellEnd"/>
      <w:r>
        <w:t xml:space="preserve"> </w:t>
      </w:r>
      <w:proofErr w:type="spellStart"/>
      <w:r>
        <w:t>alternativă</w:t>
      </w:r>
      <w:proofErr w:type="spellEnd"/>
      <w:r>
        <w:t xml:space="preserve"> </w:t>
      </w:r>
      <w:proofErr w:type="spellStart"/>
      <w:r>
        <w:t>compatibilă</w:t>
      </w:r>
      <w:proofErr w:type="spellEnd"/>
      <w:r>
        <w:t xml:space="preserve"> cu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sponsorizării</w:t>
      </w:r>
      <w:proofErr w:type="spellEnd"/>
      <w:r>
        <w:t>.</w:t>
      </w:r>
    </w:p>
    <w:p w14:paraId="72743CDC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05  Obligațiile</w:t>
      </w:r>
      <w:proofErr w:type="gramEnd"/>
      <w:r>
        <w:t xml:space="preserve"> Sponsorului</w:t>
      </w:r>
    </w:p>
    <w:p w14:paraId="704FADCB" w14:textId="77777777" w:rsidR="00C543C5" w:rsidRDefault="007136B4">
      <w:pPr>
        <w:ind w:left="351" w:hanging="351"/>
        <w:jc w:val="both"/>
      </w:pPr>
      <w:r>
        <w:rPr>
          <w:b/>
        </w:rPr>
        <w:t xml:space="preserve">5.1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Formularul</w:t>
      </w:r>
      <w:proofErr w:type="spellEnd"/>
      <w:r>
        <w:t xml:space="preserve"> 177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corect</w:t>
      </w:r>
      <w:proofErr w:type="spellEnd"/>
      <w:r>
        <w:t xml:space="preserve">, </w:t>
      </w:r>
      <w:proofErr w:type="spellStart"/>
      <w:r>
        <w:t>furnizează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identificării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păstrează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răspunde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termenele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de ANAF.</w:t>
      </w:r>
    </w:p>
    <w:p w14:paraId="3BCB37E9" w14:textId="77777777" w:rsidR="00C543C5" w:rsidRDefault="007136B4">
      <w:pPr>
        <w:ind w:left="351" w:hanging="351"/>
        <w:jc w:val="both"/>
      </w:pPr>
      <w:r>
        <w:rPr>
          <w:b/>
        </w:rPr>
        <w:t xml:space="preserve">5.2 </w:t>
      </w:r>
      <w:proofErr w:type="spellStart"/>
      <w:r>
        <w:t>Sponsorul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condiționa</w:t>
      </w:r>
      <w:proofErr w:type="spellEnd"/>
      <w:r>
        <w:t xml:space="preserve"> </w:t>
      </w:r>
      <w:proofErr w:type="spellStart"/>
      <w:r>
        <w:t>sponsorizarea</w:t>
      </w:r>
      <w:proofErr w:type="spellEnd"/>
      <w:r>
        <w:t xml:space="preserve"> de </w:t>
      </w:r>
      <w:proofErr w:type="spellStart"/>
      <w:r>
        <w:t>achiziția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bunuri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, de </w:t>
      </w:r>
      <w:proofErr w:type="spellStart"/>
      <w:r>
        <w:t>promovare</w:t>
      </w:r>
      <w:proofErr w:type="spellEnd"/>
      <w:r>
        <w:t xml:space="preserve"> </w:t>
      </w:r>
      <w:proofErr w:type="spellStart"/>
      <w:r>
        <w:t>comercială</w:t>
      </w:r>
      <w:proofErr w:type="spellEnd"/>
      <w:r>
        <w:t xml:space="preserve">, de </w:t>
      </w:r>
      <w:proofErr w:type="spellStart"/>
      <w:r>
        <w:t>atingerea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indicatori</w:t>
      </w:r>
      <w:proofErr w:type="spellEnd"/>
      <w:r>
        <w:t xml:space="preserve"> de </w:t>
      </w:r>
      <w:proofErr w:type="spellStart"/>
      <w:r>
        <w:t>vânzare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audiență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contraprestații</w:t>
      </w:r>
      <w:proofErr w:type="spellEnd"/>
      <w:r>
        <w:t xml:space="preserve"> </w:t>
      </w:r>
      <w:proofErr w:type="spellStart"/>
      <w:r>
        <w:t>incompatibile</w:t>
      </w:r>
      <w:proofErr w:type="spellEnd"/>
      <w:r>
        <w:t xml:space="preserve"> cu natura </w:t>
      </w:r>
      <w:proofErr w:type="spellStart"/>
      <w:r>
        <w:t>sponsorizării</w:t>
      </w:r>
      <w:proofErr w:type="spellEnd"/>
      <w:r>
        <w:t>.</w:t>
      </w:r>
    </w:p>
    <w:p w14:paraId="7E2CC686" w14:textId="77777777" w:rsidR="00C543C5" w:rsidRDefault="007136B4">
      <w:pPr>
        <w:ind w:left="351" w:hanging="351"/>
        <w:jc w:val="both"/>
      </w:pPr>
      <w:r>
        <w:rPr>
          <w:b/>
        </w:rPr>
        <w:t xml:space="preserve">5.3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 logo-ul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regulile</w:t>
      </w:r>
      <w:proofErr w:type="spellEnd"/>
      <w:r>
        <w:t xml:space="preserve"> de brand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comunicării</w:t>
      </w:r>
      <w:proofErr w:type="spellEnd"/>
      <w:r>
        <w:t xml:space="preserve"> </w:t>
      </w:r>
      <w:proofErr w:type="spellStart"/>
      <w:r>
        <w:t>sponsorizării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informa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întârziere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modificare</w:t>
      </w:r>
      <w:proofErr w:type="spellEnd"/>
      <w:r>
        <w:t xml:space="preserve"> a </w:t>
      </w:r>
      <w:proofErr w:type="spellStart"/>
      <w:r>
        <w:t>drepturilor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materialelor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>.</w:t>
      </w:r>
    </w:p>
    <w:p w14:paraId="16C8FD91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06  Regimul</w:t>
      </w:r>
      <w:proofErr w:type="gramEnd"/>
      <w:r>
        <w:t xml:space="preserve"> fiscal și lipsa unei contraprestații</w:t>
      </w:r>
    </w:p>
    <w:p w14:paraId="37B452F5" w14:textId="77777777" w:rsidR="00C543C5" w:rsidRDefault="007136B4">
      <w:pPr>
        <w:ind w:left="351" w:hanging="351"/>
        <w:jc w:val="both"/>
      </w:pPr>
      <w:r>
        <w:rPr>
          <w:b/>
        </w:rPr>
        <w:t xml:space="preserve">6.1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singurul</w:t>
      </w:r>
      <w:proofErr w:type="spellEnd"/>
      <w:r>
        <w:t xml:space="preserve"> </w:t>
      </w:r>
      <w:proofErr w:type="spellStart"/>
      <w:r>
        <w:t>responsabil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calculul</w:t>
      </w:r>
      <w:proofErr w:type="spellEnd"/>
      <w:r>
        <w:t xml:space="preserve">, </w:t>
      </w:r>
      <w:proofErr w:type="spellStart"/>
      <w:r>
        <w:t>declararea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tratamentul</w:t>
      </w:r>
      <w:proofErr w:type="spellEnd"/>
      <w:r>
        <w:t xml:space="preserve"> fiscal al </w:t>
      </w:r>
      <w:proofErr w:type="spellStart"/>
      <w:r>
        <w:t>sponsorizării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plafonului</w:t>
      </w:r>
      <w:proofErr w:type="spellEnd"/>
      <w:r>
        <w:t xml:space="preserve"> </w:t>
      </w:r>
      <w:proofErr w:type="spellStart"/>
      <w:r>
        <w:t>disponibil</w:t>
      </w:r>
      <w:proofErr w:type="spellEnd"/>
      <w:r>
        <w:t xml:space="preserve">, a </w:t>
      </w:r>
      <w:proofErr w:type="spellStart"/>
      <w:r>
        <w:t>termenelor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Formularului</w:t>
      </w:r>
      <w:proofErr w:type="spellEnd"/>
      <w:r>
        <w:t xml:space="preserve"> 177. </w:t>
      </w:r>
      <w:proofErr w:type="spellStart"/>
      <w:r>
        <w:t>Beneficiarul</w:t>
      </w:r>
      <w:proofErr w:type="spellEnd"/>
      <w:r>
        <w:t xml:space="preserve"> nu </w:t>
      </w:r>
      <w:proofErr w:type="spellStart"/>
      <w:r>
        <w:t>oferă</w:t>
      </w:r>
      <w:proofErr w:type="spellEnd"/>
      <w:r>
        <w:t xml:space="preserve"> </w:t>
      </w:r>
      <w:proofErr w:type="spellStart"/>
      <w:r>
        <w:t>consultanță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garantează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obținerea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credit,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scăderi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oricărui</w:t>
      </w:r>
      <w:proofErr w:type="spellEnd"/>
      <w:r>
        <w:t xml:space="preserve"> alt </w:t>
      </w:r>
      <w:proofErr w:type="spellStart"/>
      <w:r>
        <w:t>avantaj</w:t>
      </w:r>
      <w:proofErr w:type="spellEnd"/>
      <w:r>
        <w:t xml:space="preserve"> fiscal.</w:t>
      </w:r>
    </w:p>
    <w:p w14:paraId="1BDF4C16" w14:textId="77777777" w:rsidR="00C543C5" w:rsidRDefault="007136B4">
      <w:pPr>
        <w:ind w:left="351" w:hanging="351"/>
        <w:jc w:val="both"/>
      </w:pPr>
      <w:r>
        <w:rPr>
          <w:b/>
        </w:rPr>
        <w:t xml:space="preserve">6.2 </w:t>
      </w:r>
      <w:proofErr w:type="spellStart"/>
      <w:r>
        <w:t>Sponsorizarea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acordată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contraprestație</w:t>
      </w:r>
      <w:proofErr w:type="spellEnd"/>
      <w:r>
        <w:t xml:space="preserve"> </w:t>
      </w:r>
      <w:proofErr w:type="spellStart"/>
      <w:r>
        <w:t>comercială</w:t>
      </w:r>
      <w:proofErr w:type="spellEnd"/>
      <w:r>
        <w:t xml:space="preserve">. </w:t>
      </w:r>
      <w:proofErr w:type="spellStart"/>
      <w:r>
        <w:t>Beneficiarul</w:t>
      </w:r>
      <w:proofErr w:type="spellEnd"/>
      <w:r>
        <w:t xml:space="preserve"> nu </w:t>
      </w:r>
      <w:proofErr w:type="spellStart"/>
      <w:r>
        <w:t>emite</w:t>
      </w:r>
      <w:proofErr w:type="spellEnd"/>
      <w:r>
        <w:t xml:space="preserve"> </w:t>
      </w:r>
      <w:proofErr w:type="spellStart"/>
      <w:r>
        <w:t>factură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publicitate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datorează</w:t>
      </w:r>
      <w:proofErr w:type="spellEnd"/>
      <w:r>
        <w:t xml:space="preserve"> </w:t>
      </w:r>
      <w:proofErr w:type="spellStart"/>
      <w:r>
        <w:t>Sponsorului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, </w:t>
      </w:r>
      <w:proofErr w:type="spellStart"/>
      <w:r>
        <w:t>bunuri</w:t>
      </w:r>
      <w:proofErr w:type="spellEnd"/>
      <w:r>
        <w:t xml:space="preserve">, </w:t>
      </w:r>
      <w:proofErr w:type="spellStart"/>
      <w:r>
        <w:t>exclusivitate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comerciale</w:t>
      </w:r>
      <w:proofErr w:type="spellEnd"/>
      <w:r>
        <w:t>.</w:t>
      </w:r>
    </w:p>
    <w:p w14:paraId="60769B9E" w14:textId="77777777" w:rsidR="00C543C5" w:rsidRDefault="007136B4">
      <w:pPr>
        <w:ind w:left="351" w:hanging="351"/>
        <w:jc w:val="both"/>
      </w:pPr>
      <w:r>
        <w:rPr>
          <w:b/>
        </w:rPr>
        <w:t xml:space="preserve">6.3 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numelui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logo-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Sponsorului</w:t>
      </w:r>
      <w:proofErr w:type="spellEnd"/>
      <w:r>
        <w:t xml:space="preserve">, </w:t>
      </w:r>
      <w:proofErr w:type="spellStart"/>
      <w:r>
        <w:t>reglementată</w:t>
      </w:r>
      <w:proofErr w:type="spellEnd"/>
      <w:r>
        <w:t xml:space="preserve"> la art. 07, are </w:t>
      </w:r>
      <w:proofErr w:type="spellStart"/>
      <w:r>
        <w:t>exclusiv</w:t>
      </w:r>
      <w:proofErr w:type="spellEnd"/>
      <w:r>
        <w:t xml:space="preserve"> natura </w:t>
      </w:r>
      <w:proofErr w:type="spellStart"/>
      <w:r>
        <w:t>recunoașterii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a </w:t>
      </w:r>
      <w:proofErr w:type="spellStart"/>
      <w:r>
        <w:t>sprijinului</w:t>
      </w:r>
      <w:proofErr w:type="spellEnd"/>
      <w:r>
        <w:t xml:space="preserve"> </w:t>
      </w:r>
      <w:proofErr w:type="spellStart"/>
      <w:r>
        <w:t>primit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limitelor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sponsorizării</w:t>
      </w:r>
      <w:proofErr w:type="spellEnd"/>
      <w:r>
        <w:t>.</w:t>
      </w:r>
    </w:p>
    <w:p w14:paraId="413CDC02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07  Comunicarea</w:t>
      </w:r>
      <w:proofErr w:type="gramEnd"/>
      <w:r>
        <w:t xml:space="preserve"> sponsorizării · nume și logo</w:t>
      </w:r>
    </w:p>
    <w:p w14:paraId="56D109DF" w14:textId="77777777" w:rsidR="00C543C5" w:rsidRDefault="007136B4">
      <w:pPr>
        <w:ind w:left="351" w:hanging="351"/>
        <w:jc w:val="both"/>
      </w:pPr>
      <w:r>
        <w:rPr>
          <w:b/>
        </w:rPr>
        <w:t xml:space="preserve">07.1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autorizează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, cu </w:t>
      </w:r>
      <w:proofErr w:type="spellStart"/>
      <w:r>
        <w:t>titlu</w:t>
      </w:r>
      <w:proofErr w:type="spellEnd"/>
      <w:r>
        <w:t xml:space="preserve"> </w:t>
      </w:r>
      <w:proofErr w:type="spellStart"/>
      <w:r>
        <w:t>neexclusiv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gratuit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îi</w:t>
      </w:r>
      <w:proofErr w:type="spellEnd"/>
      <w:r>
        <w:t xml:space="preserve"> </w:t>
      </w:r>
      <w:proofErr w:type="spellStart"/>
      <w:r>
        <w:t>utilizeze</w:t>
      </w:r>
      <w:proofErr w:type="spellEnd"/>
      <w:r>
        <w:t xml:space="preserve"> 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comercială</w:t>
      </w:r>
      <w:proofErr w:type="spellEnd"/>
      <w:r>
        <w:t xml:space="preserve">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logo-ul </w:t>
      </w:r>
      <w:proofErr w:type="spellStart"/>
      <w:r>
        <w:t>furnizat</w:t>
      </w:r>
      <w:proofErr w:type="spellEnd"/>
      <w:r>
        <w:t xml:space="preserve"> de Sponsor,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informa</w:t>
      </w:r>
      <w:proofErr w:type="spellEnd"/>
      <w:r>
        <w:t xml:space="preserve"> </w:t>
      </w:r>
      <w:proofErr w:type="spellStart"/>
      <w:r>
        <w:t>publicul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Sponsorul</w:t>
      </w:r>
      <w:proofErr w:type="spellEnd"/>
      <w:r>
        <w:t xml:space="preserve"> a </w:t>
      </w:r>
      <w:proofErr w:type="spellStart"/>
      <w:r>
        <w:t>susținut</w:t>
      </w:r>
      <w:proofErr w:type="spellEnd"/>
      <w:r>
        <w:t xml:space="preserve"> </w:t>
      </w:r>
      <w:proofErr w:type="spellStart"/>
      <w:r>
        <w:t>Asociația</w:t>
      </w:r>
      <w:proofErr w:type="spellEnd"/>
      <w:r>
        <w:t xml:space="preserve"> </w:t>
      </w:r>
      <w:proofErr w:type="spellStart"/>
      <w:r>
        <w:t>Humanimals</w:t>
      </w:r>
      <w:proofErr w:type="spellEnd"/>
      <w:r>
        <w:t>.</w:t>
      </w:r>
    </w:p>
    <w:p w14:paraId="2C74A55A" w14:textId="77777777" w:rsidR="00C543C5" w:rsidRDefault="007136B4">
      <w:pPr>
        <w:ind w:left="351" w:hanging="351"/>
        <w:jc w:val="both"/>
      </w:pPr>
      <w:r>
        <w:rPr>
          <w:b/>
        </w:rPr>
        <w:t xml:space="preserve">07.2 </w:t>
      </w:r>
      <w:proofErr w:type="spellStart"/>
      <w:r>
        <w:t>Autorizația</w:t>
      </w:r>
      <w:proofErr w:type="spellEnd"/>
      <w:r>
        <w:t xml:space="preserve"> </w:t>
      </w:r>
      <w:proofErr w:type="spellStart"/>
      <w:r>
        <w:t>acoperă</w:t>
      </w:r>
      <w:proofErr w:type="spellEnd"/>
      <w:r>
        <w:t xml:space="preserve"> </w:t>
      </w:r>
      <w:proofErr w:type="spellStart"/>
      <w:r>
        <w:t>publicarea</w:t>
      </w:r>
      <w:proofErr w:type="spellEnd"/>
      <w:r>
        <w:t xml:space="preserve"> pe site-ul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paginile</w:t>
      </w:r>
      <w:proofErr w:type="spellEnd"/>
      <w:r>
        <w:t xml:space="preserve"> de social media ale </w:t>
      </w:r>
      <w:proofErr w:type="spellStart"/>
      <w:r>
        <w:t>Beneficiarului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rapoarte</w:t>
      </w:r>
      <w:proofErr w:type="spellEnd"/>
      <w:r>
        <w:t xml:space="preserve"> de </w:t>
      </w:r>
      <w:proofErr w:type="spellStart"/>
      <w:r>
        <w:t>activitate</w:t>
      </w:r>
      <w:proofErr w:type="spellEnd"/>
      <w:r>
        <w:t xml:space="preserve">, </w:t>
      </w:r>
      <w:proofErr w:type="spellStart"/>
      <w:r>
        <w:t>newslettere</w:t>
      </w:r>
      <w:proofErr w:type="spellEnd"/>
      <w:r>
        <w:t xml:space="preserve">, </w:t>
      </w:r>
      <w:proofErr w:type="spellStart"/>
      <w:r>
        <w:t>prezentări</w:t>
      </w:r>
      <w:proofErr w:type="spellEnd"/>
      <w:r>
        <w:t xml:space="preserve">, </w:t>
      </w:r>
      <w:proofErr w:type="spellStart"/>
      <w:r>
        <w:t>comunicate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tipărite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Humanimals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secțiuni</w:t>
      </w:r>
      <w:proofErr w:type="spellEnd"/>
      <w:r>
        <w:t xml:space="preserve"> precum „</w:t>
      </w:r>
      <w:proofErr w:type="spellStart"/>
      <w:r>
        <w:t>Sponsori</w:t>
      </w:r>
      <w:proofErr w:type="spellEnd"/>
      <w:r>
        <w:t>”, „</w:t>
      </w:r>
      <w:proofErr w:type="spellStart"/>
      <w:r>
        <w:t>Parteneri</w:t>
      </w:r>
      <w:proofErr w:type="spellEnd"/>
      <w:r>
        <w:t xml:space="preserve">” </w:t>
      </w:r>
      <w:proofErr w:type="spellStart"/>
      <w:r>
        <w:t>ori</w:t>
      </w:r>
      <w:proofErr w:type="spellEnd"/>
      <w:r>
        <w:t xml:space="preserve"> „</w:t>
      </w:r>
      <w:proofErr w:type="spellStart"/>
      <w:r>
        <w:t>Susținători</w:t>
      </w:r>
      <w:proofErr w:type="spellEnd"/>
      <w:r>
        <w:t>”.</w:t>
      </w:r>
    </w:p>
    <w:p w14:paraId="11F83268" w14:textId="77777777" w:rsidR="00C543C5" w:rsidRDefault="007136B4">
      <w:pPr>
        <w:ind w:left="351" w:hanging="351"/>
        <w:jc w:val="both"/>
      </w:pPr>
      <w:r>
        <w:rPr>
          <w:b/>
        </w:rPr>
        <w:t xml:space="preserve">07.3 </w:t>
      </w:r>
      <w:proofErr w:type="spellStart"/>
      <w:r>
        <w:t>Beneficiarul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publica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sponsorizării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asocia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logo-ul </w:t>
      </w:r>
      <w:proofErr w:type="spellStart"/>
      <w:r>
        <w:t>Sponsorului</w:t>
      </w:r>
      <w:proofErr w:type="spellEnd"/>
      <w:r>
        <w:t xml:space="preserve"> cu o </w:t>
      </w:r>
      <w:proofErr w:type="spellStart"/>
      <w:r>
        <w:t>anumită</w:t>
      </w:r>
      <w:proofErr w:type="spellEnd"/>
      <w:r>
        <w:t xml:space="preserve"> </w:t>
      </w:r>
      <w:proofErr w:type="spellStart"/>
      <w:r>
        <w:t>sumă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prealabil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al </w:t>
      </w:r>
      <w:proofErr w:type="spellStart"/>
      <w:r>
        <w:t>Sponsorului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divulgărilor</w:t>
      </w:r>
      <w:proofErr w:type="spellEnd"/>
      <w:r>
        <w:t xml:space="preserve"> </w:t>
      </w:r>
      <w:proofErr w:type="spellStart"/>
      <w:r>
        <w:t>impuse</w:t>
      </w:r>
      <w:proofErr w:type="spellEnd"/>
      <w:r>
        <w:t xml:space="preserve"> de </w:t>
      </w:r>
      <w:proofErr w:type="spellStart"/>
      <w:r>
        <w:t>lege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solicitate de </w:t>
      </w:r>
      <w:proofErr w:type="spellStart"/>
      <w:r>
        <w:t>autorități</w:t>
      </w:r>
      <w:proofErr w:type="spellEnd"/>
      <w:r>
        <w:t xml:space="preserve">, </w:t>
      </w:r>
      <w:proofErr w:type="spellStart"/>
      <w:r>
        <w:t>auditori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consultanți</w:t>
      </w:r>
      <w:proofErr w:type="spellEnd"/>
      <w:r>
        <w:t xml:space="preserve"> </w:t>
      </w:r>
      <w:proofErr w:type="spellStart"/>
      <w:r>
        <w:t>supuși</w:t>
      </w:r>
      <w:proofErr w:type="spellEnd"/>
      <w:r>
        <w:t xml:space="preserve"> </w:t>
      </w:r>
      <w:proofErr w:type="spellStart"/>
      <w:r>
        <w:t>confidențialității</w:t>
      </w:r>
      <w:proofErr w:type="spellEnd"/>
      <w:r>
        <w:t>.</w:t>
      </w:r>
    </w:p>
    <w:p w14:paraId="79B288E8" w14:textId="77777777" w:rsidR="00C543C5" w:rsidRDefault="007136B4">
      <w:pPr>
        <w:ind w:left="351" w:hanging="351"/>
        <w:jc w:val="both"/>
      </w:pPr>
      <w:r>
        <w:rPr>
          <w:b/>
        </w:rPr>
        <w:t xml:space="preserve">07.4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instrucțiunile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vizuală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de Sponsor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păstra</w:t>
      </w:r>
      <w:proofErr w:type="spellEnd"/>
      <w:r>
        <w:t xml:space="preserve"> </w:t>
      </w:r>
      <w:proofErr w:type="spellStart"/>
      <w:r>
        <w:t>proporțiile</w:t>
      </w:r>
      <w:proofErr w:type="spellEnd"/>
      <w:r>
        <w:t xml:space="preserve">, </w:t>
      </w:r>
      <w:proofErr w:type="spellStart"/>
      <w:r>
        <w:t>culorile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integritatea</w:t>
      </w:r>
      <w:proofErr w:type="spellEnd"/>
      <w:r>
        <w:t xml:space="preserve"> logo-</w:t>
      </w:r>
      <w:proofErr w:type="spellStart"/>
      <w:r>
        <w:t>ului</w:t>
      </w:r>
      <w:proofErr w:type="spellEnd"/>
      <w:r>
        <w:t xml:space="preserve">. </w:t>
      </w:r>
      <w:proofErr w:type="spellStart"/>
      <w:r>
        <w:t>Redimensionarea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permisă</w:t>
      </w:r>
      <w:proofErr w:type="spellEnd"/>
      <w:r>
        <w:t xml:space="preserve">. </w:t>
      </w:r>
      <w:proofErr w:type="spellStart"/>
      <w:r>
        <w:t>Utilizarea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</w:t>
      </w:r>
      <w:proofErr w:type="spellStart"/>
      <w:r>
        <w:t>sugera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recomandă</w:t>
      </w:r>
      <w:proofErr w:type="spellEnd"/>
      <w:r>
        <w:t xml:space="preserve">, </w:t>
      </w:r>
      <w:proofErr w:type="spellStart"/>
      <w:r>
        <w:t>controlează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garantează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a </w:t>
      </w:r>
      <w:proofErr w:type="spellStart"/>
      <w:r>
        <w:t>Beneficiarului</w:t>
      </w:r>
      <w:proofErr w:type="spellEnd"/>
      <w:r>
        <w:t>.</w:t>
      </w:r>
    </w:p>
    <w:p w14:paraId="513B3746" w14:textId="77777777" w:rsidR="00C543C5" w:rsidRDefault="007136B4">
      <w:pPr>
        <w:ind w:left="351" w:hanging="351"/>
        <w:jc w:val="both"/>
      </w:pPr>
      <w:r>
        <w:rPr>
          <w:b/>
        </w:rPr>
        <w:t xml:space="preserve">07.5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declară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deține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acorde</w:t>
      </w:r>
      <w:proofErr w:type="spellEnd"/>
      <w:r>
        <w:t xml:space="preserve"> </w:t>
      </w:r>
      <w:proofErr w:type="spellStart"/>
      <w:r>
        <w:t>drepturile</w:t>
      </w:r>
      <w:proofErr w:type="spellEnd"/>
      <w:r>
        <w:t xml:space="preserve"> de </w:t>
      </w:r>
      <w:proofErr w:type="spellStart"/>
      <w:r>
        <w:t>utilizare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articol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furniza</w:t>
      </w:r>
      <w:proofErr w:type="spellEnd"/>
      <w:r>
        <w:t xml:space="preserve"> logo-ul </w:t>
      </w:r>
      <w:proofErr w:type="spellStart"/>
      <w:r>
        <w:t>într</w:t>
      </w:r>
      <w:proofErr w:type="spellEnd"/>
      <w:r>
        <w:t xml:space="preserve">-un format </w:t>
      </w:r>
      <w:proofErr w:type="spellStart"/>
      <w:r>
        <w:t>adecvat</w:t>
      </w:r>
      <w:proofErr w:type="spellEnd"/>
      <w:r>
        <w:t xml:space="preserve">,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eventualele</w:t>
      </w:r>
      <w:proofErr w:type="spellEnd"/>
      <w:r>
        <w:t xml:space="preserve"> reguli de brand.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răspunde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pretențiile</w:t>
      </w:r>
      <w:proofErr w:type="spellEnd"/>
      <w:r>
        <w:t xml:space="preserve"> </w:t>
      </w:r>
      <w:proofErr w:type="spellStart"/>
      <w:r>
        <w:t>terților</w:t>
      </w:r>
      <w:proofErr w:type="spellEnd"/>
      <w:r>
        <w:t xml:space="preserve"> </w:t>
      </w:r>
      <w:proofErr w:type="spellStart"/>
      <w:r>
        <w:t>izvorâte</w:t>
      </w:r>
      <w:proofErr w:type="spellEnd"/>
      <w:r>
        <w:t xml:space="preserve"> din </w:t>
      </w:r>
      <w:proofErr w:type="spellStart"/>
      <w:r>
        <w:t>lipsa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drepturi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materialele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>.</w:t>
      </w:r>
    </w:p>
    <w:p w14:paraId="67C4502B" w14:textId="77777777" w:rsidR="00C543C5" w:rsidRDefault="007136B4">
      <w:pPr>
        <w:ind w:left="351" w:hanging="351"/>
        <w:jc w:val="both"/>
      </w:pPr>
      <w:r>
        <w:rPr>
          <w:b/>
        </w:rPr>
        <w:t xml:space="preserve">07.6 </w:t>
      </w:r>
      <w:proofErr w:type="spellStart"/>
      <w:r>
        <w:t>Autorizația</w:t>
      </w:r>
      <w:proofErr w:type="spellEnd"/>
      <w:r>
        <w:t xml:space="preserve"> produce </w:t>
      </w:r>
      <w:proofErr w:type="spellStart"/>
      <w:r>
        <w:t>efecte</w:t>
      </w:r>
      <w:proofErr w:type="spellEnd"/>
      <w:r>
        <w:t xml:space="preserve"> de la </w:t>
      </w:r>
      <w:proofErr w:type="spellStart"/>
      <w:r>
        <w:t>semnare</w:t>
      </w:r>
      <w:proofErr w:type="spellEnd"/>
      <w:r>
        <w:t xml:space="preserve">, 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de 24 de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Sponsorul</w:t>
      </w:r>
      <w:proofErr w:type="spellEnd"/>
      <w:r>
        <w:t xml:space="preserve"> nu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utilizării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utilizările</w:t>
      </w:r>
      <w:proofErr w:type="spellEnd"/>
      <w:r>
        <w:t xml:space="preserve"> </w:t>
      </w:r>
      <w:proofErr w:type="spellStart"/>
      <w:r>
        <w:t>viitoare</w:t>
      </w:r>
      <w:proofErr w:type="spellEnd"/>
      <w:r>
        <w:t xml:space="preserve">,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retrage</w:t>
      </w:r>
      <w:proofErr w:type="spellEnd"/>
      <w:r>
        <w:t xml:space="preserve"> </w:t>
      </w:r>
      <w:proofErr w:type="spellStart"/>
      <w:r>
        <w:t>oricând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afecta</w:t>
      </w:r>
      <w:proofErr w:type="spellEnd"/>
      <w:r>
        <w:t xml:space="preserve"> </w:t>
      </w:r>
      <w:proofErr w:type="spellStart"/>
      <w:r>
        <w:t>materialele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tipărite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distribuite</w:t>
      </w:r>
      <w:proofErr w:type="spellEnd"/>
      <w:r>
        <w:t xml:space="preserve">;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elimina</w:t>
      </w:r>
      <w:proofErr w:type="spellEnd"/>
      <w:r>
        <w:t xml:space="preserve"> logo-ul din </w:t>
      </w:r>
      <w:proofErr w:type="spellStart"/>
      <w:r>
        <w:t>mediile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</w:t>
      </w:r>
      <w:proofErr w:type="spellStart"/>
      <w:r>
        <w:t>aflate</w:t>
      </w:r>
      <w:proofErr w:type="spellEnd"/>
      <w:r>
        <w:t xml:space="preserve"> sub </w:t>
      </w:r>
      <w:proofErr w:type="spellStart"/>
      <w:r>
        <w:t>controlul</w:t>
      </w:r>
      <w:proofErr w:type="spellEnd"/>
      <w:r>
        <w:t xml:space="preserve"> </w:t>
      </w:r>
      <w:proofErr w:type="spellStart"/>
      <w:r>
        <w:t>său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cel </w:t>
      </w:r>
      <w:proofErr w:type="spellStart"/>
      <w:r>
        <w:t>mult</w:t>
      </w:r>
      <w:proofErr w:type="spellEnd"/>
      <w:r>
        <w:t xml:space="preserve">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primirea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>.</w:t>
      </w:r>
    </w:p>
    <w:p w14:paraId="7144765B" w14:textId="77777777" w:rsidR="00C543C5" w:rsidRDefault="007136B4">
      <w:pPr>
        <w:ind w:left="351" w:hanging="351"/>
        <w:jc w:val="both"/>
      </w:pPr>
      <w:r>
        <w:rPr>
          <w:b/>
        </w:rPr>
        <w:t xml:space="preserve">07.7 </w:t>
      </w:r>
      <w:proofErr w:type="spellStart"/>
      <w:r>
        <w:t>Acordul</w:t>
      </w:r>
      <w:proofErr w:type="spellEnd"/>
      <w:r>
        <w:t xml:space="preserve"> din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articol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o </w:t>
      </w:r>
      <w:proofErr w:type="spellStart"/>
      <w:r>
        <w:t>permisiune</w:t>
      </w:r>
      <w:proofErr w:type="spellEnd"/>
      <w:r>
        <w:t xml:space="preserve"> de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instituțională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recunoaștere</w:t>
      </w:r>
      <w:proofErr w:type="spellEnd"/>
      <w:r>
        <w:t xml:space="preserve"> a </w:t>
      </w:r>
      <w:proofErr w:type="spellStart"/>
      <w:r>
        <w:t>sprijinului</w:t>
      </w:r>
      <w:proofErr w:type="spellEnd"/>
      <w:r>
        <w:t xml:space="preserve">, nu o </w:t>
      </w:r>
      <w:proofErr w:type="spellStart"/>
      <w:r>
        <w:t>prestație</w:t>
      </w:r>
      <w:proofErr w:type="spellEnd"/>
      <w:r>
        <w:t xml:space="preserve"> </w:t>
      </w:r>
      <w:proofErr w:type="spellStart"/>
      <w:r>
        <w:t>publicitară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comercială</w:t>
      </w:r>
      <w:proofErr w:type="spellEnd"/>
      <w:r>
        <w:t xml:space="preserve"> </w:t>
      </w:r>
      <w:proofErr w:type="spellStart"/>
      <w:r>
        <w:t>datorată</w:t>
      </w:r>
      <w:proofErr w:type="spellEnd"/>
      <w:r>
        <w:t xml:space="preserve"> </w:t>
      </w:r>
      <w:proofErr w:type="spellStart"/>
      <w:r>
        <w:t>Sponsorului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conferă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 </w:t>
      </w:r>
      <w:proofErr w:type="spellStart"/>
      <w:r>
        <w:t>niciun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mărcilor</w:t>
      </w:r>
      <w:proofErr w:type="spellEnd"/>
      <w:r>
        <w:t xml:space="preserve"> </w:t>
      </w:r>
      <w:proofErr w:type="spellStart"/>
      <w:r>
        <w:t>Sponsorului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afara </w:t>
      </w:r>
      <w:proofErr w:type="spellStart"/>
      <w:r>
        <w:t>utilizărilor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>.</w:t>
      </w:r>
    </w:p>
    <w:p w14:paraId="6A7D811C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lastRenderedPageBreak/>
        <w:t>08  Confidențialitate</w:t>
      </w:r>
      <w:proofErr w:type="gramEnd"/>
    </w:p>
    <w:p w14:paraId="6BCEF958" w14:textId="77777777" w:rsidR="00C543C5" w:rsidRDefault="007136B4">
      <w:pPr>
        <w:ind w:left="351" w:hanging="351"/>
        <w:jc w:val="both"/>
      </w:pPr>
      <w:r>
        <w:rPr>
          <w:b/>
        </w:rPr>
        <w:t xml:space="preserve">8.1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sponsorizării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confidențială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public. </w:t>
      </w:r>
      <w:proofErr w:type="spellStart"/>
      <w:r>
        <w:t>Ea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comunicată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consultanților</w:t>
      </w:r>
      <w:proofErr w:type="spellEnd"/>
      <w:r>
        <w:t xml:space="preserve">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o </w:t>
      </w:r>
      <w:proofErr w:type="spellStart"/>
      <w:r>
        <w:t>cunoască</w:t>
      </w:r>
      <w:proofErr w:type="spellEnd"/>
      <w:r>
        <w:t xml:space="preserve">, </w:t>
      </w:r>
      <w:proofErr w:type="spellStart"/>
      <w:r>
        <w:t>autorităților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, </w:t>
      </w:r>
      <w:proofErr w:type="spellStart"/>
      <w:r>
        <w:t>auditorilor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cărora</w:t>
      </w:r>
      <w:proofErr w:type="spellEnd"/>
      <w:r>
        <w:t xml:space="preserve"> </w:t>
      </w:r>
      <w:proofErr w:type="spellStart"/>
      <w:r>
        <w:t>divulgarea</w:t>
      </w:r>
      <w:proofErr w:type="spellEnd"/>
      <w:r>
        <w:t xml:space="preserve"> le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impusă</w:t>
      </w:r>
      <w:proofErr w:type="spellEnd"/>
      <w:r>
        <w:t xml:space="preserve"> de </w:t>
      </w:r>
      <w:proofErr w:type="spellStart"/>
      <w:r>
        <w:t>lege</w:t>
      </w:r>
      <w:proofErr w:type="spellEnd"/>
      <w:r>
        <w:t xml:space="preserve">, cu </w:t>
      </w:r>
      <w:proofErr w:type="spellStart"/>
      <w:r>
        <w:t>obligația</w:t>
      </w:r>
      <w:proofErr w:type="spellEnd"/>
      <w:r>
        <w:t xml:space="preserve"> </w:t>
      </w:r>
      <w:proofErr w:type="spellStart"/>
      <w:r>
        <w:t>respectării</w:t>
      </w:r>
      <w:proofErr w:type="spellEnd"/>
      <w:r>
        <w:t xml:space="preserve"> </w:t>
      </w:r>
      <w:proofErr w:type="spellStart"/>
      <w:r>
        <w:t>confidențialității</w:t>
      </w:r>
      <w:proofErr w:type="spellEnd"/>
      <w:r>
        <w:t xml:space="preserve">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aplicabilă</w:t>
      </w:r>
      <w:proofErr w:type="spellEnd"/>
      <w:r>
        <w:t>.</w:t>
      </w:r>
    </w:p>
    <w:p w14:paraId="7E408D91" w14:textId="77777777" w:rsidR="00C543C5" w:rsidRDefault="007136B4">
      <w:pPr>
        <w:ind w:left="351" w:hanging="351"/>
        <w:jc w:val="both"/>
      </w:pPr>
      <w:r>
        <w:rPr>
          <w:b/>
        </w:rPr>
        <w:t xml:space="preserve">8.2 </w:t>
      </w:r>
      <w:r>
        <w:t xml:space="preserve">Alte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marcate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rezonabil</w:t>
      </w:r>
      <w:proofErr w:type="spellEnd"/>
      <w:r>
        <w:t xml:space="preserve"> considerate </w:t>
      </w:r>
      <w:proofErr w:type="spellStart"/>
      <w:r>
        <w:t>confidențiale</w:t>
      </w:r>
      <w:proofErr w:type="spellEnd"/>
      <w:r>
        <w:t xml:space="preserve"> nu </w:t>
      </w:r>
      <w:proofErr w:type="spellStart"/>
      <w:r>
        <w:t>vor</w:t>
      </w:r>
      <w:proofErr w:type="spellEnd"/>
      <w:r>
        <w:t xml:space="preserve"> fi divulgate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folosite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. Nu sunt </w:t>
      </w:r>
      <w:proofErr w:type="spellStart"/>
      <w:r>
        <w:t>confidențiale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legal de la </w:t>
      </w:r>
      <w:proofErr w:type="spellStart"/>
      <w:r>
        <w:t>terți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dezvoltate</w:t>
      </w:r>
      <w:proofErr w:type="spellEnd"/>
      <w:r>
        <w:t xml:space="preserve"> independent.</w:t>
      </w:r>
    </w:p>
    <w:p w14:paraId="0D83E366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09  Răspundere</w:t>
      </w:r>
      <w:proofErr w:type="gramEnd"/>
      <w:r>
        <w:t>, restituire și încetare</w:t>
      </w:r>
    </w:p>
    <w:p w14:paraId="17B76CF1" w14:textId="77777777" w:rsidR="00C543C5" w:rsidRDefault="007136B4">
      <w:pPr>
        <w:ind w:left="351" w:hanging="351"/>
        <w:jc w:val="both"/>
      </w:pPr>
      <w:r>
        <w:rPr>
          <w:b/>
        </w:rPr>
        <w:t xml:space="preserve">9.1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intră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semnături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,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Părților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. </w:t>
      </w:r>
      <w:proofErr w:type="spellStart"/>
      <w:r>
        <w:t>Clauzele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logo-ul, </w:t>
      </w:r>
      <w:proofErr w:type="spellStart"/>
      <w:r>
        <w:t>confidențialitatea</w:t>
      </w:r>
      <w:proofErr w:type="spellEnd"/>
      <w:r>
        <w:t xml:space="preserve">,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supraviețuiesc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naturii</w:t>
      </w:r>
      <w:proofErr w:type="spellEnd"/>
      <w:r>
        <w:t xml:space="preserve"> lor.</w:t>
      </w:r>
    </w:p>
    <w:p w14:paraId="72DB0575" w14:textId="77777777" w:rsidR="00C543C5" w:rsidRDefault="007136B4">
      <w:pPr>
        <w:ind w:left="351" w:hanging="351"/>
        <w:jc w:val="both"/>
      </w:pPr>
      <w:r>
        <w:rPr>
          <w:b/>
        </w:rPr>
        <w:t xml:space="preserve">9.2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transferul</w:t>
      </w:r>
      <w:proofErr w:type="spellEnd"/>
      <w:r>
        <w:t xml:space="preserve"> </w:t>
      </w:r>
      <w:proofErr w:type="spellStart"/>
      <w:r>
        <w:t>efectuat</w:t>
      </w:r>
      <w:proofErr w:type="spellEnd"/>
      <w:r>
        <w:t xml:space="preserve"> de ANAF, </w:t>
      </w:r>
      <w:proofErr w:type="spellStart"/>
      <w:r>
        <w:t>sponsorizarea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revocată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solicitată</w:t>
      </w:r>
      <w:proofErr w:type="spellEnd"/>
      <w:r>
        <w:t xml:space="preserve"> </w:t>
      </w:r>
      <w:proofErr w:type="spellStart"/>
      <w:r>
        <w:t>înapoi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schimbă</w:t>
      </w:r>
      <w:proofErr w:type="spellEnd"/>
      <w:r>
        <w:t xml:space="preserve"> </w:t>
      </w:r>
      <w:proofErr w:type="spellStart"/>
      <w:r>
        <w:t>politica</w:t>
      </w:r>
      <w:proofErr w:type="spellEnd"/>
      <w:r>
        <w:t xml:space="preserve">, </w:t>
      </w:r>
      <w:proofErr w:type="spellStart"/>
      <w:r>
        <w:t>bugetul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opțiunea</w:t>
      </w:r>
      <w:proofErr w:type="spellEnd"/>
      <w:r>
        <w:t xml:space="preserve"> de </w:t>
      </w:r>
      <w:proofErr w:type="spellStart"/>
      <w:r>
        <w:t>comunicare</w:t>
      </w:r>
      <w:proofErr w:type="spellEnd"/>
      <w:r>
        <w:t>.</w:t>
      </w:r>
    </w:p>
    <w:p w14:paraId="576D4447" w14:textId="77777777" w:rsidR="00C543C5" w:rsidRDefault="007136B4">
      <w:pPr>
        <w:ind w:left="351" w:hanging="351"/>
        <w:jc w:val="both"/>
      </w:pPr>
      <w:r>
        <w:rPr>
          <w:b/>
        </w:rPr>
        <w:t xml:space="preserve">9.3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Beneficiarul</w:t>
      </w:r>
      <w:proofErr w:type="spellEnd"/>
      <w:r>
        <w:t xml:space="preserve"> </w:t>
      </w:r>
      <w:proofErr w:type="spellStart"/>
      <w:r>
        <w:t>utilizează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dovedit</w:t>
      </w:r>
      <w:proofErr w:type="spellEnd"/>
      <w:r>
        <w:t xml:space="preserve">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afara </w:t>
      </w:r>
      <w:proofErr w:type="spellStart"/>
      <w:r>
        <w:t>scopului</w:t>
      </w:r>
      <w:proofErr w:type="spellEnd"/>
      <w:r>
        <w:t xml:space="preserve"> contractual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remediază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15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notificare</w:t>
      </w:r>
      <w:proofErr w:type="spellEnd"/>
      <w:r>
        <w:t xml:space="preserve">, </w:t>
      </w:r>
      <w:proofErr w:type="spellStart"/>
      <w:r>
        <w:t>Sponsorul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restituirea</w:t>
      </w:r>
      <w:proofErr w:type="spellEnd"/>
      <w:r>
        <w:t xml:space="preserve"> </w:t>
      </w:r>
      <w:proofErr w:type="spellStart"/>
      <w:r>
        <w:t>părții</w:t>
      </w:r>
      <w:proofErr w:type="spellEnd"/>
      <w:r>
        <w:t xml:space="preserve"> </w:t>
      </w:r>
      <w:proofErr w:type="spellStart"/>
      <w:r>
        <w:t>neutilizate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folosite</w:t>
      </w:r>
      <w:proofErr w:type="spellEnd"/>
      <w:r>
        <w:t xml:space="preserve"> </w:t>
      </w:r>
      <w:proofErr w:type="spellStart"/>
      <w:r>
        <w:t>neconform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afecta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</w:t>
      </w:r>
      <w:proofErr w:type="spellStart"/>
      <w:r>
        <w:t>Beneficiarului</w:t>
      </w:r>
      <w:proofErr w:type="spellEnd"/>
      <w:r>
        <w:t xml:space="preserve"> de a </w:t>
      </w:r>
      <w:proofErr w:type="spellStart"/>
      <w:r>
        <w:t>propune</w:t>
      </w:r>
      <w:proofErr w:type="spellEnd"/>
      <w:r>
        <w:t xml:space="preserve"> o </w:t>
      </w:r>
      <w:proofErr w:type="spellStart"/>
      <w:r>
        <w:t>realocare</w:t>
      </w:r>
      <w:proofErr w:type="spellEnd"/>
      <w:r>
        <w:t xml:space="preserve"> </w:t>
      </w:r>
      <w:proofErr w:type="spellStart"/>
      <w:r>
        <w:t>compatibilă</w:t>
      </w:r>
      <w:proofErr w:type="spellEnd"/>
      <w:r>
        <w:t xml:space="preserve"> cu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sponsorizării</w:t>
      </w:r>
      <w:proofErr w:type="spellEnd"/>
      <w:r>
        <w:t>.</w:t>
      </w:r>
    </w:p>
    <w:p w14:paraId="15E12B7E" w14:textId="77777777" w:rsidR="00C543C5" w:rsidRDefault="007136B4">
      <w:pPr>
        <w:ind w:left="351" w:hanging="351"/>
        <w:jc w:val="both"/>
      </w:pPr>
      <w:r>
        <w:rPr>
          <w:b/>
        </w:rPr>
        <w:t xml:space="preserve">9.4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încetează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executare</w:t>
      </w:r>
      <w:proofErr w:type="spellEnd"/>
      <w:r>
        <w:t xml:space="preserve">,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al </w:t>
      </w:r>
      <w:proofErr w:type="spellStart"/>
      <w:r>
        <w:t>Părților</w:t>
      </w:r>
      <w:proofErr w:type="spellEnd"/>
      <w:r>
        <w:t xml:space="preserve">, </w:t>
      </w:r>
      <w:proofErr w:type="spellStart"/>
      <w:r>
        <w:t>imposibilitate</w:t>
      </w:r>
      <w:proofErr w:type="spellEnd"/>
      <w:r>
        <w:t xml:space="preserve"> </w:t>
      </w:r>
      <w:proofErr w:type="spellStart"/>
      <w:r>
        <w:t>legală</w:t>
      </w:r>
      <w:proofErr w:type="spellEnd"/>
      <w:r>
        <w:t xml:space="preserve"> </w:t>
      </w:r>
      <w:proofErr w:type="spellStart"/>
      <w:r>
        <w:t>definitivă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reziliere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neexecutarea</w:t>
      </w:r>
      <w:proofErr w:type="spellEnd"/>
      <w:r>
        <w:t xml:space="preserve"> </w:t>
      </w:r>
      <w:proofErr w:type="spellStart"/>
      <w:r>
        <w:t>esențială</w:t>
      </w:r>
      <w:proofErr w:type="spellEnd"/>
      <w:r>
        <w:t xml:space="preserve"> </w:t>
      </w:r>
      <w:proofErr w:type="spellStart"/>
      <w:r>
        <w:t>neremediată</w:t>
      </w:r>
      <w:proofErr w:type="spellEnd"/>
      <w:r>
        <w:t xml:space="preserve">. </w:t>
      </w:r>
      <w:proofErr w:type="spellStart"/>
      <w:r>
        <w:t>Încetarea</w:t>
      </w:r>
      <w:proofErr w:type="spellEnd"/>
      <w:r>
        <w:t xml:space="preserve"> nu </w:t>
      </w:r>
      <w:proofErr w:type="spellStart"/>
      <w:r>
        <w:t>afectează</w:t>
      </w:r>
      <w:proofErr w:type="spellEnd"/>
      <w:r>
        <w:t xml:space="preserve"> </w:t>
      </w:r>
      <w:proofErr w:type="spellStart"/>
      <w:r>
        <w:t>drepturile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născute</w:t>
      </w:r>
      <w:proofErr w:type="spellEnd"/>
      <w:r>
        <w:t>.</w:t>
      </w:r>
    </w:p>
    <w:p w14:paraId="24993409" w14:textId="26797977" w:rsidR="00C543C5" w:rsidRDefault="007136B4" w:rsidP="00FC11EB">
      <w:pPr>
        <w:ind w:left="351" w:hanging="351"/>
        <w:jc w:val="both"/>
      </w:pPr>
      <w:r>
        <w:rPr>
          <w:b/>
        </w:rPr>
        <w:t xml:space="preserve">9.5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răspunde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prejudiciul</w:t>
      </w:r>
      <w:proofErr w:type="spellEnd"/>
      <w:r>
        <w:t xml:space="preserve"> direct, </w:t>
      </w:r>
      <w:proofErr w:type="spellStart"/>
      <w:r>
        <w:t>dovedit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previzibil</w:t>
      </w:r>
      <w:proofErr w:type="spellEnd"/>
      <w:r>
        <w:t xml:space="preserve"> </w:t>
      </w:r>
      <w:proofErr w:type="spellStart"/>
      <w:r>
        <w:t>cauzat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încălcarea</w:t>
      </w:r>
      <w:proofErr w:type="spellEnd"/>
      <w:r>
        <w:t xml:space="preserve"> </w:t>
      </w:r>
      <w:proofErr w:type="spellStart"/>
      <w:r>
        <w:t>culpabilă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>.</w:t>
      </w:r>
    </w:p>
    <w:p w14:paraId="246E1337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10  Forța</w:t>
      </w:r>
      <w:proofErr w:type="gramEnd"/>
      <w:r>
        <w:t xml:space="preserve"> majoră</w:t>
      </w:r>
    </w:p>
    <w:p w14:paraId="2DE3E592" w14:textId="77777777" w:rsidR="00C543C5" w:rsidRDefault="007136B4">
      <w:pPr>
        <w:ind w:left="351" w:hanging="351"/>
        <w:jc w:val="both"/>
      </w:pPr>
      <w:r>
        <w:rPr>
          <w:b/>
        </w:rPr>
        <w:t xml:space="preserve">10.1 </w:t>
      </w:r>
      <w:proofErr w:type="spellStart"/>
      <w:r>
        <w:t>Forța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, </w:t>
      </w:r>
      <w:proofErr w:type="spellStart"/>
      <w:r>
        <w:t>dovedită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exonerează</w:t>
      </w:r>
      <w:proofErr w:type="spellEnd"/>
      <w:r>
        <w:t xml:space="preserve"> de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afectată</w:t>
      </w:r>
      <w:proofErr w:type="spellEnd"/>
      <w:r>
        <w:t xml:space="preserve"> 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evenimentului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notifică</w:t>
      </w:r>
      <w:proofErr w:type="spellEnd"/>
      <w:r>
        <w:t xml:space="preserve"> </w:t>
      </w:r>
      <w:proofErr w:type="spellStart"/>
      <w:r>
        <w:t>cealaltă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cel </w:t>
      </w:r>
      <w:proofErr w:type="spellStart"/>
      <w:r>
        <w:t>mult</w:t>
      </w:r>
      <w:proofErr w:type="spellEnd"/>
      <w:r>
        <w:t xml:space="preserve"> 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rezonabile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limitarea</w:t>
      </w:r>
      <w:proofErr w:type="spellEnd"/>
      <w:r>
        <w:t xml:space="preserve"> </w:t>
      </w:r>
      <w:proofErr w:type="spellStart"/>
      <w:r>
        <w:t>efectelor</w:t>
      </w:r>
      <w:proofErr w:type="spellEnd"/>
      <w:r>
        <w:t xml:space="preserve">. </w:t>
      </w:r>
      <w:proofErr w:type="spellStart"/>
      <w:r>
        <w:t>Forța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nu </w:t>
      </w:r>
      <w:proofErr w:type="spellStart"/>
      <w:r>
        <w:t>prelungește</w:t>
      </w:r>
      <w:proofErr w:type="spellEnd"/>
      <w:r>
        <w:t xml:space="preserve"> </w:t>
      </w:r>
      <w:proofErr w:type="spellStart"/>
      <w:r>
        <w:t>termenele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imperative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competentă</w:t>
      </w:r>
      <w:proofErr w:type="spellEnd"/>
      <w:r>
        <w:t xml:space="preserve"> </w:t>
      </w:r>
      <w:proofErr w:type="spellStart"/>
      <w:r>
        <w:t>dispune</w:t>
      </w:r>
      <w:proofErr w:type="spellEnd"/>
      <w:r>
        <w:t xml:space="preserve"> </w:t>
      </w:r>
      <w:proofErr w:type="spellStart"/>
      <w:r>
        <w:t>altfel</w:t>
      </w:r>
      <w:proofErr w:type="spellEnd"/>
      <w:r>
        <w:t>.</w:t>
      </w:r>
    </w:p>
    <w:p w14:paraId="1AEADB8C" w14:textId="77777777" w:rsidR="00C543C5" w:rsidRDefault="007136B4">
      <w:pPr>
        <w:ind w:left="351" w:hanging="351"/>
        <w:jc w:val="both"/>
      </w:pPr>
      <w:r>
        <w:rPr>
          <w:b/>
        </w:rPr>
        <w:t xml:space="preserve">10.2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evenimentul</w:t>
      </w:r>
      <w:proofErr w:type="spellEnd"/>
      <w:r>
        <w:t xml:space="preserve"> </w:t>
      </w:r>
      <w:proofErr w:type="spellStart"/>
      <w:r>
        <w:t>durează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30 de </w:t>
      </w:r>
      <w:proofErr w:type="spellStart"/>
      <w:r>
        <w:t>zile</w:t>
      </w:r>
      <w:proofErr w:type="spellEnd"/>
      <w:r>
        <w:t xml:space="preserve">, </w:t>
      </w:r>
      <w:proofErr w:type="spellStart"/>
      <w:r>
        <w:t>Părțile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conveni</w:t>
      </w:r>
      <w:proofErr w:type="spellEnd"/>
      <w:r>
        <w:t xml:space="preserve"> </w:t>
      </w:r>
      <w:proofErr w:type="spellStart"/>
      <w:r>
        <w:t>măsurile</w:t>
      </w:r>
      <w:proofErr w:type="spellEnd"/>
      <w:r>
        <w:t xml:space="preserve"> </w:t>
      </w:r>
      <w:proofErr w:type="spellStart"/>
      <w:r>
        <w:t>posibile</w:t>
      </w:r>
      <w:proofErr w:type="spellEnd"/>
      <w:r>
        <w:t xml:space="preserve">, </w:t>
      </w:r>
      <w:proofErr w:type="spellStart"/>
      <w:r>
        <w:t>adaptarea</w:t>
      </w:r>
      <w:proofErr w:type="spellEnd"/>
      <w:r>
        <w:t xml:space="preserve"> </w:t>
      </w:r>
      <w:proofErr w:type="spellStart"/>
      <w:r>
        <w:t>destinației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afectarea</w:t>
      </w:r>
      <w:proofErr w:type="spellEnd"/>
      <w:r>
        <w:t xml:space="preserve"> </w:t>
      </w:r>
      <w:proofErr w:type="spellStart"/>
      <w:r>
        <w:t>sumelor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utilizate</w:t>
      </w:r>
      <w:proofErr w:type="spellEnd"/>
      <w:r>
        <w:t xml:space="preserve"> conform </w:t>
      </w:r>
      <w:proofErr w:type="spellStart"/>
      <w:r>
        <w:t>scopului</w:t>
      </w:r>
      <w:proofErr w:type="spellEnd"/>
      <w:r>
        <w:t>.</w:t>
      </w:r>
    </w:p>
    <w:p w14:paraId="3EF5449B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11  Notificări</w:t>
      </w:r>
      <w:proofErr w:type="gramEnd"/>
      <w:r>
        <w:t xml:space="preserve"> și protecția datelor</w:t>
      </w:r>
    </w:p>
    <w:p w14:paraId="6255B15E" w14:textId="77777777" w:rsidR="00C543C5" w:rsidRDefault="007136B4">
      <w:pPr>
        <w:ind w:left="351" w:hanging="351"/>
        <w:jc w:val="both"/>
      </w:pPr>
      <w:r>
        <w:rPr>
          <w:b/>
        </w:rPr>
        <w:t xml:space="preserve">11.1 </w:t>
      </w:r>
      <w:proofErr w:type="spellStart"/>
      <w:r>
        <w:t>Notificările</w:t>
      </w:r>
      <w:proofErr w:type="spellEnd"/>
      <w:r>
        <w:t xml:space="preserve"> se transmit la </w:t>
      </w:r>
      <w:proofErr w:type="spellStart"/>
      <w:r>
        <w:t>adresele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e-</w:t>
      </w:r>
      <w:proofErr w:type="spellStart"/>
      <w:r>
        <w:t>mailurile</w:t>
      </w:r>
      <w:proofErr w:type="spellEnd"/>
      <w:r>
        <w:t xml:space="preserve"> din art. 01. </w:t>
      </w:r>
      <w:proofErr w:type="spellStart"/>
      <w:r>
        <w:t>Mesajul</w:t>
      </w:r>
      <w:proofErr w:type="spellEnd"/>
      <w:r>
        <w:t xml:space="preserve"> electronic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considerat</w:t>
      </w:r>
      <w:proofErr w:type="spellEnd"/>
      <w:r>
        <w:t xml:space="preserve"> </w:t>
      </w:r>
      <w:proofErr w:type="spellStart"/>
      <w:r>
        <w:t>primit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următoarea</w:t>
      </w:r>
      <w:proofErr w:type="spellEnd"/>
      <w:r>
        <w:t xml:space="preserve"> zi </w:t>
      </w:r>
      <w:proofErr w:type="spellStart"/>
      <w:r>
        <w:t>lucrătoare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expeditorul</w:t>
      </w:r>
      <w:proofErr w:type="spellEnd"/>
      <w:r>
        <w:t xml:space="preserve"> nu </w:t>
      </w:r>
      <w:proofErr w:type="spellStart"/>
      <w:r>
        <w:t>primește</w:t>
      </w:r>
      <w:proofErr w:type="spellEnd"/>
      <w:r>
        <w:t xml:space="preserve"> o </w:t>
      </w:r>
      <w:proofErr w:type="spellStart"/>
      <w:r>
        <w:t>notificare</w:t>
      </w:r>
      <w:proofErr w:type="spellEnd"/>
      <w:r>
        <w:t xml:space="preserve"> </w:t>
      </w:r>
      <w:proofErr w:type="spellStart"/>
      <w:r>
        <w:t>automată</w:t>
      </w:r>
      <w:proofErr w:type="spellEnd"/>
      <w:r>
        <w:t xml:space="preserve"> de </w:t>
      </w:r>
      <w:proofErr w:type="spellStart"/>
      <w:r>
        <w:t>nelivrare</w:t>
      </w:r>
      <w:proofErr w:type="spellEnd"/>
      <w:r>
        <w:t xml:space="preserve">; </w:t>
      </w:r>
      <w:proofErr w:type="spellStart"/>
      <w:r>
        <w:t>notificările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rezilierea</w:t>
      </w:r>
      <w:proofErr w:type="spellEnd"/>
      <w:r>
        <w:t xml:space="preserve">, </w:t>
      </w:r>
      <w:proofErr w:type="spellStart"/>
      <w:r>
        <w:t>restituirea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confirmate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scrisoare</w:t>
      </w:r>
      <w:proofErr w:type="spellEnd"/>
      <w:r>
        <w:t>/</w:t>
      </w:r>
      <w:proofErr w:type="spellStart"/>
      <w:r>
        <w:t>curier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semnătură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>.</w:t>
      </w:r>
    </w:p>
    <w:p w14:paraId="0C8252CC" w14:textId="77777777" w:rsidR="00C543C5" w:rsidRDefault="007136B4">
      <w:pPr>
        <w:ind w:left="351" w:hanging="351"/>
        <w:jc w:val="both"/>
      </w:pPr>
      <w:r>
        <w:rPr>
          <w:b/>
        </w:rPr>
        <w:t xml:space="preserve">11.2 </w:t>
      </w:r>
      <w:proofErr w:type="spellStart"/>
      <w:r>
        <w:t>Părțile</w:t>
      </w:r>
      <w:proofErr w:type="spellEnd"/>
      <w:r>
        <w:t xml:space="preserve"> </w:t>
      </w:r>
      <w:proofErr w:type="spellStart"/>
      <w:r>
        <w:t>prelucrează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de contact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reprezentanților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încheierii</w:t>
      </w:r>
      <w:proofErr w:type="spellEnd"/>
      <w:r>
        <w:t xml:space="preserve">, </w:t>
      </w:r>
      <w:proofErr w:type="spellStart"/>
      <w:r>
        <w:t>executării</w:t>
      </w:r>
      <w:proofErr w:type="spellEnd"/>
      <w:r>
        <w:t xml:space="preserve">, </w:t>
      </w:r>
      <w:proofErr w:type="spellStart"/>
      <w:r>
        <w:t>evidenței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apărării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</w:t>
      </w:r>
      <w:proofErr w:type="spellStart"/>
      <w:r>
        <w:t>izvorâte</w:t>
      </w:r>
      <w:proofErr w:type="spellEnd"/>
      <w:r>
        <w:t xml:space="preserve"> din contract, 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de </w:t>
      </w:r>
      <w:proofErr w:type="spellStart"/>
      <w:r>
        <w:t>arhivare</w:t>
      </w:r>
      <w:proofErr w:type="spellEnd"/>
      <w:r>
        <w:t>.</w:t>
      </w:r>
    </w:p>
    <w:p w14:paraId="7EAF01F2" w14:textId="77777777" w:rsidR="00C543C5" w:rsidRDefault="007136B4">
      <w:pPr>
        <w:ind w:left="351" w:hanging="351"/>
        <w:jc w:val="both"/>
      </w:pPr>
      <w:r>
        <w:rPr>
          <w:b/>
        </w:rPr>
        <w:t xml:space="preserve">11.3 </w:t>
      </w:r>
      <w:proofErr w:type="spellStart"/>
      <w:r>
        <w:t>Schimbarea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de contact produce </w:t>
      </w:r>
      <w:proofErr w:type="spellStart"/>
      <w:r>
        <w:t>efecte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cealaltă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ziua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 </w:t>
      </w:r>
      <w:proofErr w:type="spellStart"/>
      <w:r>
        <w:t>comunicării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necesită</w:t>
      </w:r>
      <w:proofErr w:type="spellEnd"/>
      <w:r>
        <w:t xml:space="preserve"> act </w:t>
      </w:r>
      <w:proofErr w:type="spellStart"/>
      <w:r>
        <w:t>adițional</w:t>
      </w:r>
      <w:proofErr w:type="spellEnd"/>
      <w:r>
        <w:t>.</w:t>
      </w:r>
    </w:p>
    <w:p w14:paraId="1AEA96B4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proofErr w:type="gramStart"/>
      <w:r>
        <w:t>12  Legea</w:t>
      </w:r>
      <w:proofErr w:type="gramEnd"/>
      <w:r>
        <w:t xml:space="preserve"> aplicabilă și dispoziții finale</w:t>
      </w:r>
    </w:p>
    <w:p w14:paraId="34A43F8C" w14:textId="77777777" w:rsidR="00C543C5" w:rsidRDefault="007136B4">
      <w:pPr>
        <w:ind w:left="351" w:hanging="351"/>
        <w:jc w:val="both"/>
      </w:pPr>
      <w:r>
        <w:rPr>
          <w:b/>
        </w:rPr>
        <w:t xml:space="preserve">12.1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guvernat</w:t>
      </w:r>
      <w:proofErr w:type="spellEnd"/>
      <w:r>
        <w:t xml:space="preserve"> de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. </w:t>
      </w:r>
      <w:proofErr w:type="spellStart"/>
      <w:r>
        <w:t>Părțile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încerca</w:t>
      </w:r>
      <w:proofErr w:type="spellEnd"/>
      <w:r>
        <w:t xml:space="preserve"> </w:t>
      </w:r>
      <w:proofErr w:type="spellStart"/>
      <w:r>
        <w:t>soluționarea</w:t>
      </w:r>
      <w:proofErr w:type="spellEnd"/>
      <w:r>
        <w:t xml:space="preserve"> </w:t>
      </w:r>
      <w:proofErr w:type="spellStart"/>
      <w:r>
        <w:t>amiabilă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oricărui</w:t>
      </w:r>
      <w:proofErr w:type="spellEnd"/>
      <w:r>
        <w:t xml:space="preserve"> </w:t>
      </w:r>
      <w:proofErr w:type="spellStart"/>
      <w:r>
        <w:t>diferend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15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notificare</w:t>
      </w:r>
      <w:proofErr w:type="spellEnd"/>
      <w:r>
        <w:t xml:space="preserve">;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lipsa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, </w:t>
      </w:r>
      <w:proofErr w:type="spellStart"/>
      <w:r>
        <w:t>litigiul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soluționat</w:t>
      </w:r>
      <w:proofErr w:type="spellEnd"/>
      <w:r>
        <w:t xml:space="preserve"> de </w:t>
      </w:r>
      <w:proofErr w:type="spellStart"/>
      <w:r>
        <w:t>instanțele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1C26B4A1" w14:textId="77777777" w:rsidR="00C543C5" w:rsidRDefault="007136B4">
      <w:pPr>
        <w:ind w:left="351" w:hanging="351"/>
        <w:jc w:val="both"/>
      </w:pPr>
      <w:r>
        <w:rPr>
          <w:b/>
        </w:rPr>
        <w:t xml:space="preserve">12.2 </w:t>
      </w:r>
      <w:proofErr w:type="spellStart"/>
      <w:r>
        <w:t>Modificările</w:t>
      </w:r>
      <w:proofErr w:type="spellEnd"/>
      <w:r>
        <w:t xml:space="preserve"> sunt </w:t>
      </w:r>
      <w:proofErr w:type="spellStart"/>
      <w:r>
        <w:t>valabile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semnate</w:t>
      </w:r>
      <w:proofErr w:type="spellEnd"/>
      <w:r>
        <w:t xml:space="preserve"> de </w:t>
      </w:r>
      <w:proofErr w:type="spellStart"/>
      <w:r>
        <w:t>ambele</w:t>
      </w:r>
      <w:proofErr w:type="spellEnd"/>
      <w:r>
        <w:t xml:space="preserve"> </w:t>
      </w:r>
      <w:proofErr w:type="spellStart"/>
      <w:r>
        <w:t>Părți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actualizărilor</w:t>
      </w:r>
      <w:proofErr w:type="spellEnd"/>
      <w:r>
        <w:t xml:space="preserve"> de date de contact </w:t>
      </w:r>
      <w:proofErr w:type="spellStart"/>
      <w:r>
        <w:t>expres</w:t>
      </w:r>
      <w:proofErr w:type="spellEnd"/>
      <w:r>
        <w:t xml:space="preserve"> </w:t>
      </w:r>
      <w:proofErr w:type="spellStart"/>
      <w:r>
        <w:t>exceptate</w:t>
      </w:r>
      <w:proofErr w:type="spellEnd"/>
      <w:r>
        <w:t>.</w:t>
      </w:r>
    </w:p>
    <w:p w14:paraId="13EC4501" w14:textId="2E6A1312" w:rsidR="00C543C5" w:rsidRDefault="007136B4">
      <w:pPr>
        <w:ind w:left="351" w:hanging="351"/>
        <w:jc w:val="both"/>
      </w:pPr>
      <w:r>
        <w:rPr>
          <w:b/>
        </w:rPr>
        <w:t xml:space="preserve">12.3 </w:t>
      </w:r>
      <w:proofErr w:type="spellStart"/>
      <w:r>
        <w:t>Dacă</w:t>
      </w:r>
      <w:proofErr w:type="spellEnd"/>
      <w:r>
        <w:t xml:space="preserve"> o </w:t>
      </w:r>
      <w:proofErr w:type="spellStart"/>
      <w:r>
        <w:t>clauză</w:t>
      </w:r>
      <w:proofErr w:type="spellEnd"/>
      <w:r>
        <w:t xml:space="preserve"> </w:t>
      </w:r>
      <w:proofErr w:type="spellStart"/>
      <w:r>
        <w:t>devine</w:t>
      </w:r>
      <w:proofErr w:type="spellEnd"/>
      <w:r>
        <w:t xml:space="preserve"> </w:t>
      </w:r>
      <w:proofErr w:type="spellStart"/>
      <w:r>
        <w:t>nulă</w:t>
      </w:r>
      <w:proofErr w:type="spellEnd"/>
      <w:r>
        <w:t xml:space="preserve">, </w:t>
      </w:r>
      <w:proofErr w:type="spellStart"/>
      <w:r>
        <w:t>inaplicabilă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contrară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imperative,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clauze</w:t>
      </w:r>
      <w:proofErr w:type="spellEnd"/>
      <w:r>
        <w:t xml:space="preserve">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valabile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Părțile</w:t>
      </w:r>
      <w:proofErr w:type="spellEnd"/>
      <w:r>
        <w:t xml:space="preserve"> o </w:t>
      </w:r>
      <w:proofErr w:type="spellStart"/>
      <w:r>
        <w:t>vor</w:t>
      </w:r>
      <w:proofErr w:type="spellEnd"/>
      <w:r>
        <w:t xml:space="preserve"> </w:t>
      </w:r>
      <w:proofErr w:type="spellStart"/>
      <w:r>
        <w:t>înlocui</w:t>
      </w:r>
      <w:proofErr w:type="spellEnd"/>
      <w:r>
        <w:t xml:space="preserve"> cu o </w:t>
      </w:r>
      <w:proofErr w:type="spellStart"/>
      <w:r>
        <w:t>clauză</w:t>
      </w:r>
      <w:proofErr w:type="spellEnd"/>
      <w:r>
        <w:t xml:space="preserve"> </w:t>
      </w:r>
      <w:proofErr w:type="spellStart"/>
      <w:r>
        <w:t>legală</w:t>
      </w:r>
      <w:proofErr w:type="spellEnd"/>
      <w:r>
        <w:t xml:space="preserve"> care </w:t>
      </w:r>
      <w:proofErr w:type="spellStart"/>
      <w:r>
        <w:t>păstrează</w:t>
      </w:r>
      <w:proofErr w:type="spellEnd"/>
      <w:r>
        <w:t xml:space="preserve">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fidel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urmărit</w:t>
      </w:r>
      <w:proofErr w:type="spellEnd"/>
      <w:r>
        <w:t>.</w:t>
      </w:r>
    </w:p>
    <w:p w14:paraId="6A1FF9E6" w14:textId="77777777" w:rsidR="00C543C5" w:rsidRDefault="007136B4">
      <w:pPr>
        <w:ind w:left="351" w:hanging="351"/>
        <w:jc w:val="both"/>
      </w:pPr>
      <w:r>
        <w:rPr>
          <w:b/>
        </w:rPr>
        <w:t xml:space="preserve">12.4 </w:t>
      </w:r>
      <w:proofErr w:type="spellStart"/>
      <w:r>
        <w:t>Prezentul</w:t>
      </w:r>
      <w:proofErr w:type="spellEnd"/>
      <w:r>
        <w:t xml:space="preserve"> contract,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eventualele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spellStart"/>
      <w:r>
        <w:t>adiționale</w:t>
      </w:r>
      <w:proofErr w:type="spellEnd"/>
      <w:r>
        <w:t xml:space="preserve">,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înțelegerea</w:t>
      </w:r>
      <w:proofErr w:type="spellEnd"/>
      <w:r>
        <w:t xml:space="preserve"> </w:t>
      </w:r>
      <w:proofErr w:type="spellStart"/>
      <w:r>
        <w:t>Părților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sponsorizarea</w:t>
      </w:r>
      <w:proofErr w:type="spellEnd"/>
      <w:r>
        <w:t xml:space="preserve">. </w:t>
      </w:r>
      <w:proofErr w:type="spellStart"/>
      <w:r>
        <w:t>Titlurile</w:t>
      </w:r>
      <w:proofErr w:type="spellEnd"/>
      <w:r>
        <w:t xml:space="preserve"> </w:t>
      </w:r>
      <w:proofErr w:type="spellStart"/>
      <w:r>
        <w:t>articolelor</w:t>
      </w:r>
      <w:proofErr w:type="spellEnd"/>
      <w:r>
        <w:t xml:space="preserve"> </w:t>
      </w:r>
      <w:proofErr w:type="spellStart"/>
      <w:r>
        <w:t>facilitează</w:t>
      </w:r>
      <w:proofErr w:type="spellEnd"/>
      <w:r>
        <w:t xml:space="preserve"> </w:t>
      </w:r>
      <w:proofErr w:type="spellStart"/>
      <w:r>
        <w:t>lectura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limitează</w:t>
      </w:r>
      <w:proofErr w:type="spellEnd"/>
      <w:r>
        <w:t xml:space="preserve"> </w:t>
      </w:r>
      <w:proofErr w:type="spellStart"/>
      <w:r>
        <w:t>conținutul</w:t>
      </w:r>
      <w:proofErr w:type="spellEnd"/>
      <w:r>
        <w:t xml:space="preserve"> </w:t>
      </w:r>
      <w:proofErr w:type="spellStart"/>
      <w:r>
        <w:t>clauzelor</w:t>
      </w:r>
      <w:proofErr w:type="spellEnd"/>
      <w:r>
        <w:t>.</w:t>
      </w:r>
    </w:p>
    <w:p w14:paraId="67C2D1C8" w14:textId="77777777" w:rsidR="00C543C5" w:rsidRDefault="007136B4">
      <w:pPr>
        <w:pStyle w:val="Heading1"/>
        <w:pBdr>
          <w:top w:val="single" w:sz="8" w:space="2" w:color="171717"/>
          <w:left w:val="single" w:sz="24" w:space="4" w:color="FFD200"/>
        </w:pBdr>
        <w:shd w:val="clear" w:color="auto" w:fill="F4F2EE"/>
      </w:pPr>
      <w:r>
        <w:t xml:space="preserve">  Semnături</w:t>
      </w:r>
    </w:p>
    <w:p w14:paraId="37F6CEB5" w14:textId="77777777" w:rsidR="00C543C5" w:rsidRDefault="007136B4">
      <w:pPr>
        <w:pStyle w:val="SmallNote"/>
        <w:spacing w:after="120"/>
      </w:pPr>
      <w:proofErr w:type="spellStart"/>
      <w:r>
        <w:t>Contractul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semnat</w:t>
      </w:r>
      <w:proofErr w:type="spellEnd"/>
      <w:r>
        <w:t xml:space="preserve"> </w:t>
      </w:r>
      <w:proofErr w:type="spellStart"/>
      <w:r>
        <w:t>olograf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cu </w:t>
      </w:r>
      <w:proofErr w:type="spellStart"/>
      <w:r>
        <w:t>semnătură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exemplare</w:t>
      </w:r>
      <w:proofErr w:type="spellEnd"/>
      <w:r>
        <w:t xml:space="preserve"> separate;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exemplarele</w:t>
      </w:r>
      <w:proofErr w:type="spellEnd"/>
      <w:r>
        <w:t xml:space="preserve"> </w:t>
      </w:r>
      <w:proofErr w:type="spellStart"/>
      <w:r>
        <w:t>formează</w:t>
      </w:r>
      <w:proofErr w:type="spellEnd"/>
      <w:r>
        <w:t xml:space="preserve"> </w:t>
      </w:r>
      <w:proofErr w:type="spellStart"/>
      <w:r>
        <w:t>același</w:t>
      </w:r>
      <w:proofErr w:type="spellEnd"/>
      <w:r>
        <w:t xml:space="preserve"> </w:t>
      </w:r>
      <w:proofErr w:type="spellStart"/>
      <w:r>
        <w:t>înscris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C543C5" w14:paraId="32371316" w14:textId="77777777">
        <w:trPr>
          <w:cantSplit/>
          <w:jc w:val="center"/>
        </w:trPr>
        <w:tc>
          <w:tcPr>
            <w:tcW w:w="5018" w:type="dxa"/>
            <w:shd w:val="clear" w:color="auto" w:fill="F4F2EE"/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1264C28F" w14:textId="77777777" w:rsidR="00C543C5" w:rsidRDefault="007136B4">
            <w:pPr>
              <w:keepLines/>
              <w:spacing w:after="100"/>
            </w:pPr>
            <w:r>
              <w:rPr>
                <w:b/>
                <w:sz w:val="16"/>
              </w:rPr>
              <w:t>SPONSOR</w:t>
            </w:r>
          </w:p>
          <w:p w14:paraId="3E88A265" w14:textId="77777777" w:rsidR="00C543C5" w:rsidRDefault="007136B4">
            <w:pPr>
              <w:keepLines/>
              <w:spacing w:after="160"/>
            </w:pPr>
            <w:proofErr w:type="spellStart"/>
            <w:r>
              <w:t>Nume</w:t>
            </w:r>
            <w:proofErr w:type="spellEnd"/>
            <w:r>
              <w:t>: ______________________________</w:t>
            </w:r>
            <w:r>
              <w:br/>
            </w:r>
            <w:proofErr w:type="spellStart"/>
            <w:r>
              <w:t>Funcția</w:t>
            </w:r>
            <w:proofErr w:type="spellEnd"/>
            <w:r>
              <w:t>: _____________________________</w:t>
            </w:r>
          </w:p>
          <w:p w14:paraId="1ACACA3F" w14:textId="77777777" w:rsidR="00C543C5" w:rsidRDefault="007136B4">
            <w:pPr>
              <w:keepLines/>
              <w:spacing w:after="0"/>
            </w:pPr>
            <w:proofErr w:type="spellStart"/>
            <w:r>
              <w:t>Semnătură</w:t>
            </w:r>
            <w:proofErr w:type="spellEnd"/>
            <w:r>
              <w:t>: __________________________</w:t>
            </w:r>
          </w:p>
        </w:tc>
        <w:tc>
          <w:tcPr>
            <w:tcW w:w="5018" w:type="dxa"/>
            <w:shd w:val="clear" w:color="auto" w:fill="F4F2EE"/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70BD8649" w14:textId="77777777" w:rsidR="00C543C5" w:rsidRDefault="007136B4">
            <w:pPr>
              <w:keepLines/>
              <w:spacing w:after="100"/>
            </w:pPr>
            <w:r>
              <w:rPr>
                <w:b/>
                <w:sz w:val="16"/>
              </w:rPr>
              <w:t>BENEFICIAR · ASOCIAȚIA HUMANIMALS</w:t>
            </w:r>
          </w:p>
          <w:p w14:paraId="268EF118" w14:textId="77777777" w:rsidR="00FC11EB" w:rsidRDefault="00FC11EB" w:rsidP="00FC11EB">
            <w:pPr>
              <w:keepLines/>
              <w:spacing w:after="0"/>
            </w:pPr>
            <w:proofErr w:type="spellStart"/>
            <w:r>
              <w:t>Nume</w:t>
            </w:r>
            <w:proofErr w:type="spellEnd"/>
            <w:r>
              <w:t>: Ionel Mirel Dinu ·</w:t>
            </w:r>
          </w:p>
          <w:p w14:paraId="00FB29D4" w14:textId="0213F47C" w:rsidR="00C543C5" w:rsidRDefault="00FC11EB" w:rsidP="00FC11EB">
            <w:pPr>
              <w:keepLines/>
              <w:spacing w:after="0"/>
            </w:pPr>
            <w:proofErr w:type="spellStart"/>
            <w:r>
              <w:t>Funcția</w:t>
            </w:r>
            <w:proofErr w:type="spellEnd"/>
            <w:r>
              <w:t xml:space="preserve">: </w:t>
            </w:r>
            <w:proofErr w:type="spellStart"/>
            <w:r>
              <w:t>Președinte</w:t>
            </w:r>
            <w:proofErr w:type="spellEnd"/>
          </w:p>
          <w:p w14:paraId="68F24B13" w14:textId="591D90C7" w:rsidR="00FC11EB" w:rsidRDefault="00FC11EB" w:rsidP="00FC11EB">
            <w:pPr>
              <w:keepLines/>
              <w:spacing w:before="160"/>
            </w:pPr>
            <w:proofErr w:type="spellStart"/>
            <w:r>
              <w:t>Semnătură</w:t>
            </w:r>
            <w:proofErr w:type="spellEnd"/>
            <w:r>
              <w:t>: __________________________</w:t>
            </w:r>
          </w:p>
        </w:tc>
      </w:tr>
    </w:tbl>
    <w:p w14:paraId="05E3FE26" w14:textId="77777777" w:rsidR="00071B7D" w:rsidRDefault="00071B7D"/>
    <w:sectPr w:rsidR="00071B7D" w:rsidSect="00FC11E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935" w:bottom="822" w:left="935" w:header="255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226DE" w14:textId="77777777" w:rsidR="007136B4" w:rsidRDefault="007136B4">
      <w:pPr>
        <w:spacing w:after="0" w:line="240" w:lineRule="auto"/>
      </w:pPr>
      <w:r>
        <w:separator/>
      </w:r>
    </w:p>
  </w:endnote>
  <w:endnote w:type="continuationSeparator" w:id="0">
    <w:p w14:paraId="45C0E480" w14:textId="77777777" w:rsidR="007136B4" w:rsidRDefault="00713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2E613" w14:textId="77777777" w:rsidR="00C543C5" w:rsidRDefault="00C543C5">
    <w:pPr>
      <w:pStyle w:val="Foot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017"/>
      <w:gridCol w:w="5017"/>
    </w:tblGrid>
    <w:tr w:rsidR="00C543C5" w14:paraId="3F7907CA" w14:textId="77777777">
      <w:trPr>
        <w:jc w:val="center"/>
      </w:trPr>
      <w:tc>
        <w:tcPr>
          <w:tcW w:w="5017" w:type="dxa"/>
          <w:tcBorders>
            <w:top w:val="single" w:sz="5" w:space="1" w:color="D8D2C9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4E5169F4" w14:textId="77777777" w:rsidR="00C543C5" w:rsidRDefault="007136B4">
          <w:pPr>
            <w:pStyle w:val="SmallNote"/>
          </w:pPr>
          <w:proofErr w:type="spellStart"/>
          <w:r>
            <w:t>Asociația</w:t>
          </w:r>
          <w:proofErr w:type="spellEnd"/>
          <w:r>
            <w:t xml:space="preserve"> </w:t>
          </w:r>
          <w:proofErr w:type="spellStart"/>
          <w:proofErr w:type="gramStart"/>
          <w:r>
            <w:t>Humanimals</w:t>
          </w:r>
          <w:proofErr w:type="spellEnd"/>
          <w:r>
            <w:t xml:space="preserve">  ·</w:t>
          </w:r>
          <w:proofErr w:type="gramEnd"/>
          <w:r>
            <w:t xml:space="preserve">  </w:t>
          </w:r>
          <w:proofErr w:type="gramStart"/>
          <w:r>
            <w:t>humanimals.ro  ·</w:t>
          </w:r>
          <w:proofErr w:type="gramEnd"/>
          <w:r>
            <w:t xml:space="preserve">  </w:t>
          </w:r>
          <w:proofErr w:type="gramStart"/>
          <w:r>
            <w:t>contact@humanimals.ro  ·</w:t>
          </w:r>
          <w:proofErr w:type="gramEnd"/>
          <w:r>
            <w:t xml:space="preserve">  0734 299 391</w:t>
          </w:r>
        </w:p>
      </w:tc>
      <w:tc>
        <w:tcPr>
          <w:tcW w:w="5017" w:type="dxa"/>
          <w:tcBorders>
            <w:top w:val="single" w:sz="5" w:space="1" w:color="D8D2C9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45A83A5" w14:textId="77777777" w:rsidR="00C543C5" w:rsidRDefault="007136B4">
          <w:pPr>
            <w:pStyle w:val="SmallNote"/>
            <w:jc w:val="right"/>
          </w:pPr>
          <w:r>
            <w:rPr>
              <w:b/>
            </w:rP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/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1A0F7" w14:textId="77777777" w:rsidR="00C543C5" w:rsidRDefault="007136B4">
    <w:pPr>
      <w:pStyle w:val="SmallNote"/>
      <w:pBdr>
        <w:top w:val="single" w:sz="5" w:space="1" w:color="D8D2C9"/>
      </w:pBdr>
      <w:tabs>
        <w:tab w:val="right" w:pos="9950"/>
      </w:tabs>
    </w:pPr>
    <w:proofErr w:type="spellStart"/>
    <w:r>
      <w:t>Asociația</w:t>
    </w:r>
    <w:proofErr w:type="spellEnd"/>
    <w:r>
      <w:t xml:space="preserve"> </w:t>
    </w:r>
    <w:proofErr w:type="spellStart"/>
    <w:proofErr w:type="gramStart"/>
    <w:r>
      <w:t>Humanimals</w:t>
    </w:r>
    <w:proofErr w:type="spellEnd"/>
    <w:r>
      <w:t xml:space="preserve">  ·</w:t>
    </w:r>
    <w:proofErr w:type="gramEnd"/>
    <w:r>
      <w:t xml:space="preserve">  </w:t>
    </w:r>
    <w:proofErr w:type="gramStart"/>
    <w:r>
      <w:t>humanimals.ro  ·</w:t>
    </w:r>
    <w:proofErr w:type="gramEnd"/>
    <w:r>
      <w:t xml:space="preserve">  </w:t>
    </w:r>
    <w:proofErr w:type="gramStart"/>
    <w:r>
      <w:t>contact@humanimals.ro  ·</w:t>
    </w:r>
    <w:proofErr w:type="gramEnd"/>
    <w:r>
      <w:t xml:space="preserve">  0734 299 391</w:t>
    </w:r>
    <w:r>
      <w:rPr>
        <w:b/>
      </w:rPr>
      <w:tab/>
      <w:t>PAGINA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F4E73" w14:textId="77777777" w:rsidR="007136B4" w:rsidRDefault="007136B4">
      <w:pPr>
        <w:spacing w:after="0" w:line="240" w:lineRule="auto"/>
      </w:pPr>
      <w:r>
        <w:separator/>
      </w:r>
    </w:p>
  </w:footnote>
  <w:footnote w:type="continuationSeparator" w:id="0">
    <w:p w14:paraId="473571BA" w14:textId="77777777" w:rsidR="007136B4" w:rsidRDefault="00713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017"/>
      <w:gridCol w:w="5017"/>
    </w:tblGrid>
    <w:tr w:rsidR="00C543C5" w14:paraId="4949BFB7" w14:textId="77777777" w:rsidTr="00FC11EB">
      <w:trPr>
        <w:trHeight w:val="811"/>
        <w:jc w:val="center"/>
      </w:trPr>
      <w:tc>
        <w:tcPr>
          <w:tcW w:w="5017" w:type="dxa"/>
          <w:tcBorders>
            <w:bottom w:val="single" w:sz="18" w:space="2" w:color="FFD200"/>
          </w:tcBorders>
          <w:tcMar>
            <w:top w:w="0" w:type="dxa"/>
            <w:left w:w="0" w:type="dxa"/>
            <w:bottom w:w="20" w:type="dxa"/>
            <w:right w:w="0" w:type="dxa"/>
          </w:tcMar>
        </w:tcPr>
        <w:p w14:paraId="1BB49C6E" w14:textId="77777777" w:rsidR="00C543C5" w:rsidRDefault="007136B4">
          <w:pPr>
            <w:spacing w:after="0"/>
          </w:pPr>
          <w:r>
            <w:rPr>
              <w:noProof/>
            </w:rPr>
            <w:drawing>
              <wp:inline distT="0" distB="0" distL="0" distR="0" wp14:anchorId="655762DA" wp14:editId="64782DA5">
                <wp:extent cx="1638000" cy="431895"/>
                <wp:effectExtent l="0" t="0" r="0" b="0"/>
                <wp:docPr id="1151028665" name="Picture 1151028665" descr="Logo Asociația Humanimals" title="Asociația Humanima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000" cy="431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7" w:type="dxa"/>
          <w:tcBorders>
            <w:bottom w:val="single" w:sz="18" w:space="2" w:color="FFD200"/>
          </w:tcBorders>
          <w:tcMar>
            <w:top w:w="0" w:type="dxa"/>
            <w:left w:w="0" w:type="dxa"/>
            <w:bottom w:w="20" w:type="dxa"/>
            <w:right w:w="0" w:type="dxa"/>
          </w:tcMar>
        </w:tcPr>
        <w:p w14:paraId="7AE1F38F" w14:textId="77777777" w:rsidR="00C543C5" w:rsidRDefault="007136B4">
          <w:pPr>
            <w:spacing w:after="0"/>
            <w:jc w:val="right"/>
          </w:pPr>
          <w:r>
            <w:rPr>
              <w:b/>
              <w:color w:val="171717"/>
              <w:sz w:val="15"/>
            </w:rPr>
            <w:t>CONTRACT DE SPONSORIZARE · FORMULARUL 177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6" w:type="dxa"/>
      <w:jc w:val="center"/>
      <w:tblLayout w:type="fixed"/>
      <w:tblLook w:val="04A0" w:firstRow="1" w:lastRow="0" w:firstColumn="1" w:lastColumn="0" w:noHBand="0" w:noVBand="1"/>
    </w:tblPr>
    <w:tblGrid>
      <w:gridCol w:w="5133"/>
      <w:gridCol w:w="5133"/>
    </w:tblGrid>
    <w:tr w:rsidR="00FC11EB" w14:paraId="0E89366F" w14:textId="77777777" w:rsidTr="00FC11EB">
      <w:trPr>
        <w:cantSplit/>
        <w:trHeight w:val="917"/>
        <w:jc w:val="center"/>
      </w:trPr>
      <w:tc>
        <w:tcPr>
          <w:tcW w:w="5133" w:type="dxa"/>
          <w:tcBorders>
            <w:bottom w:val="single" w:sz="18" w:space="2" w:color="FFD200"/>
          </w:tcBorders>
          <w:tcMar>
            <w:top w:w="0" w:type="dxa"/>
            <w:left w:w="0" w:type="dxa"/>
            <w:bottom w:w="20" w:type="dxa"/>
            <w:right w:w="0" w:type="dxa"/>
          </w:tcMar>
        </w:tcPr>
        <w:p w14:paraId="78200D86" w14:textId="38A72899" w:rsidR="00FC11EB" w:rsidRDefault="00FC11EB" w:rsidP="00FC11EB">
          <w:pPr>
            <w:keepLines/>
            <w:spacing w:after="0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6376A679" wp14:editId="00229E7B">
                <wp:simplePos x="0" y="0"/>
                <wp:positionH relativeFrom="column">
                  <wp:posOffset>15875</wp:posOffset>
                </wp:positionH>
                <wp:positionV relativeFrom="paragraph">
                  <wp:posOffset>-79375</wp:posOffset>
                </wp:positionV>
                <wp:extent cx="1950718" cy="514350"/>
                <wp:effectExtent l="0" t="0" r="0" b="0"/>
                <wp:wrapTight wrapText="bothSides">
                  <wp:wrapPolygon edited="0">
                    <wp:start x="1055" y="0"/>
                    <wp:lineTo x="0" y="2400"/>
                    <wp:lineTo x="0" y="15200"/>
                    <wp:lineTo x="3587" y="20800"/>
                    <wp:lineTo x="12871" y="20800"/>
                    <wp:lineTo x="21312" y="20000"/>
                    <wp:lineTo x="21312" y="4000"/>
                    <wp:lineTo x="2532" y="0"/>
                    <wp:lineTo x="1055" y="0"/>
                  </wp:wrapPolygon>
                </wp:wrapTight>
                <wp:docPr id="63630709" name="Picture 63630709" descr="Logo Asociația Humanimals" title="Asociația Humanima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3264" cy="5150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33" w:type="dxa"/>
          <w:tcBorders>
            <w:bottom w:val="single" w:sz="18" w:space="2" w:color="FFD200"/>
          </w:tcBorders>
          <w:tcMar>
            <w:top w:w="0" w:type="dxa"/>
            <w:left w:w="0" w:type="dxa"/>
            <w:bottom w:w="20" w:type="dxa"/>
            <w:right w:w="0" w:type="dxa"/>
          </w:tcMar>
        </w:tcPr>
        <w:p w14:paraId="00B3D89A" w14:textId="77777777" w:rsidR="00FC11EB" w:rsidRDefault="00FC11EB" w:rsidP="00FC11EB">
          <w:pPr>
            <w:keepLines/>
            <w:spacing w:after="0"/>
            <w:jc w:val="right"/>
          </w:pPr>
          <w:r>
            <w:rPr>
              <w:b/>
              <w:color w:val="171717"/>
              <w:sz w:val="15"/>
            </w:rPr>
            <w:t>CONTRACT DE SPONSORIZARE · FORMULARUL 177</w:t>
          </w:r>
        </w:p>
      </w:tc>
    </w:tr>
  </w:tbl>
  <w:p w14:paraId="65B22903" w14:textId="674762D3" w:rsidR="00FC11EB" w:rsidRDefault="00FC11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9146177">
    <w:abstractNumId w:val="8"/>
  </w:num>
  <w:num w:numId="2" w16cid:durableId="1289974116">
    <w:abstractNumId w:val="6"/>
  </w:num>
  <w:num w:numId="3" w16cid:durableId="905339145">
    <w:abstractNumId w:val="5"/>
  </w:num>
  <w:num w:numId="4" w16cid:durableId="205601632">
    <w:abstractNumId w:val="4"/>
  </w:num>
  <w:num w:numId="5" w16cid:durableId="698042167">
    <w:abstractNumId w:val="7"/>
  </w:num>
  <w:num w:numId="6" w16cid:durableId="1793858540">
    <w:abstractNumId w:val="3"/>
  </w:num>
  <w:num w:numId="7" w16cid:durableId="1236471818">
    <w:abstractNumId w:val="2"/>
  </w:num>
  <w:num w:numId="8" w16cid:durableId="301497083">
    <w:abstractNumId w:val="1"/>
  </w:num>
  <w:num w:numId="9" w16cid:durableId="1817643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D82"/>
    <w:rsid w:val="0006063C"/>
    <w:rsid w:val="00071B7D"/>
    <w:rsid w:val="000C1B3E"/>
    <w:rsid w:val="0015074B"/>
    <w:rsid w:val="00284470"/>
    <w:rsid w:val="0029639D"/>
    <w:rsid w:val="00326F90"/>
    <w:rsid w:val="00357729"/>
    <w:rsid w:val="004B440C"/>
    <w:rsid w:val="007136B4"/>
    <w:rsid w:val="00A503CA"/>
    <w:rsid w:val="00A73B0B"/>
    <w:rsid w:val="00AA1D8D"/>
    <w:rsid w:val="00B47730"/>
    <w:rsid w:val="00C543C5"/>
    <w:rsid w:val="00CB0664"/>
    <w:rsid w:val="00DC5C88"/>
    <w:rsid w:val="00FC11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68389F"/>
  <w14:defaultImageDpi w14:val="300"/>
  <w15:docId w15:val="{A02C1455-788B-46E4-A3CA-376CDC2B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70" w:line="254" w:lineRule="auto"/>
    </w:pPr>
    <w:rPr>
      <w:rFonts w:ascii="Arial" w:hAnsi="Arial"/>
      <w:color w:val="2A292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ind w:left="140"/>
      <w:outlineLvl w:val="0"/>
    </w:pPr>
    <w:rPr>
      <w:rFonts w:asciiTheme="majorHAnsi" w:eastAsiaTheme="majorEastAsia" w:hAnsiTheme="majorHAnsi" w:cstheme="majorBidi"/>
      <w:b/>
      <w:bCs/>
      <w:caps/>
      <w:color w:val="17171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60" w:after="160" w:line="240" w:lineRule="auto"/>
      <w:contextualSpacing/>
    </w:pPr>
    <w:rPr>
      <w:rFonts w:asciiTheme="majorHAnsi" w:eastAsiaTheme="majorEastAsia" w:hAnsiTheme="majorHAnsi" w:cstheme="majorBidi"/>
      <w:b/>
      <w:color w:val="17171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pPr>
      <w:spacing w:after="20"/>
    </w:pPr>
    <w:rPr>
      <w:rFonts w:ascii="Arial" w:hAnsi="Arial"/>
      <w:b/>
      <w:caps/>
      <w:color w:val="9A9183"/>
      <w:sz w:val="14"/>
    </w:rPr>
  </w:style>
  <w:style w:type="paragraph" w:customStyle="1" w:styleId="SmallNote">
    <w:name w:val="Small Note"/>
    <w:pPr>
      <w:spacing w:after="40" w:line="240" w:lineRule="auto"/>
    </w:pPr>
    <w:rPr>
      <w:rFonts w:ascii="Arial" w:hAnsi="Arial"/>
      <w:color w:val="9A9183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1930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de sponsorizare prin Formularul 177</dc:title>
  <dc:subject>Redirecționarea impozitului pe profit aferent anului fiscal 2026</dc:subject>
  <dc:creator>Asociația Humanimals</dc:creator>
  <cp:keywords>sponsorizare, Humanimals, Formularul 177, ANAF, impozit pe profit</cp:keywords>
  <dc:description>generated by python-docx</dc:description>
  <cp:lastModifiedBy>Mirel Dinu</cp:lastModifiedBy>
  <cp:revision>5</cp:revision>
  <dcterms:created xsi:type="dcterms:W3CDTF">2013-12-23T23:15:00Z</dcterms:created>
  <dcterms:modified xsi:type="dcterms:W3CDTF">2026-08-28T06:11:00Z</dcterms:modified>
  <cp:category/>
</cp:coreProperties>
</file>